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D5D3B" w:rsidRPr="004D5D3B" w:rsidRDefault="00D3277E" w:rsidP="00D3277E">
      <w:pPr>
        <w:spacing w:after="0" w:line="240" w:lineRule="auto"/>
        <w:rPr>
          <w:rFonts w:ascii="Times New Roman" w:eastAsia="Times New Roman" w:hAnsi="Times New Roman" w:cs="Times New Roman"/>
          <w:b/>
          <w:lang w:val="pl-PL" w:eastAsia="pl-PL"/>
        </w:rPr>
      </w:pPr>
      <w:r>
        <w:rPr>
          <w:rFonts w:ascii="Times New Roman" w:eastAsia="Times New Roman" w:hAnsi="Times New Roman" w:cs="Times New Roman"/>
          <w:b/>
          <w:lang w:val="pl-PL" w:eastAsia="pl-PL"/>
        </w:rPr>
        <w:t xml:space="preserve">                                                                                                                           </w:t>
      </w:r>
      <w:r w:rsidR="004D5D3B" w:rsidRPr="004D5D3B">
        <w:rPr>
          <w:rFonts w:ascii="Times New Roman" w:eastAsia="Times New Roman" w:hAnsi="Times New Roman" w:cs="Times New Roman"/>
          <w:b/>
          <w:lang w:val="pl-PL" w:eastAsia="pl-PL"/>
        </w:rPr>
        <w:t xml:space="preserve">Załącznik nr </w:t>
      </w:r>
      <w:r w:rsidR="004D5D3B">
        <w:rPr>
          <w:rFonts w:ascii="Times New Roman" w:eastAsia="Times New Roman" w:hAnsi="Times New Roman" w:cs="Times New Roman"/>
          <w:b/>
          <w:lang w:val="pl-PL" w:eastAsia="pl-PL"/>
        </w:rPr>
        <w:t>4</w:t>
      </w:r>
      <w:r w:rsidR="004D5D3B" w:rsidRPr="004D5D3B">
        <w:rPr>
          <w:rFonts w:ascii="Times New Roman" w:eastAsia="Times New Roman" w:hAnsi="Times New Roman" w:cs="Times New Roman"/>
          <w:b/>
          <w:lang w:val="pl-PL" w:eastAsia="pl-PL"/>
        </w:rPr>
        <w:t xml:space="preserve"> do </w:t>
      </w:r>
      <w:r>
        <w:rPr>
          <w:rFonts w:ascii="Times New Roman" w:eastAsia="Times New Roman" w:hAnsi="Times New Roman" w:cs="Times New Roman"/>
          <w:b/>
          <w:lang w:val="pl-PL" w:eastAsia="pl-PL"/>
        </w:rPr>
        <w:t>ogłoszenia</w:t>
      </w:r>
    </w:p>
    <w:p w:rsidR="004D5D3B" w:rsidRDefault="004D5D3B" w:rsidP="008341D9">
      <w:pPr>
        <w:pStyle w:val="Nagwek1"/>
        <w:spacing w:before="0"/>
        <w:jc w:val="center"/>
        <w:rPr>
          <w:rFonts w:ascii="Times New Roman" w:hAnsi="Times New Roman" w:cs="Times New Roman"/>
          <w:color w:val="auto"/>
          <w:sz w:val="22"/>
          <w:szCs w:val="22"/>
        </w:rPr>
      </w:pPr>
    </w:p>
    <w:p w:rsidR="00011CBE" w:rsidRPr="00167355" w:rsidRDefault="00A84E0E" w:rsidP="008341D9">
      <w:pPr>
        <w:pStyle w:val="Nagwek1"/>
        <w:spacing w:before="0"/>
        <w:jc w:val="center"/>
        <w:rPr>
          <w:rFonts w:ascii="Times New Roman" w:hAnsi="Times New Roman" w:cs="Times New Roman"/>
          <w:color w:val="auto"/>
          <w:sz w:val="22"/>
          <w:szCs w:val="22"/>
        </w:rPr>
      </w:pPr>
      <w:r w:rsidRPr="00167355">
        <w:rPr>
          <w:rFonts w:ascii="Times New Roman" w:hAnsi="Times New Roman" w:cs="Times New Roman"/>
          <w:color w:val="auto"/>
          <w:sz w:val="22"/>
          <w:szCs w:val="22"/>
        </w:rPr>
        <w:t>PROTOKÓŁ Z POSIEDZENIA KOMISJI KONKURSOWEJ</w:t>
      </w:r>
    </w:p>
    <w:p w:rsidR="00011CBE" w:rsidRDefault="00A84E0E" w:rsidP="00167355">
      <w:pPr>
        <w:jc w:val="center"/>
        <w:rPr>
          <w:rFonts w:ascii="Times New Roman" w:hAnsi="Times New Roman" w:cs="Times New Roman"/>
        </w:rPr>
      </w:pPr>
      <w:r w:rsidRPr="00167355">
        <w:rPr>
          <w:rFonts w:ascii="Times New Roman" w:hAnsi="Times New Roman" w:cs="Times New Roman"/>
        </w:rPr>
        <w:t xml:space="preserve">w </w:t>
      </w:r>
      <w:proofErr w:type="spellStart"/>
      <w:r w:rsidRPr="00167355">
        <w:rPr>
          <w:rFonts w:ascii="Times New Roman" w:hAnsi="Times New Roman" w:cs="Times New Roman"/>
        </w:rPr>
        <w:t>sprawie</w:t>
      </w:r>
      <w:proofErr w:type="spellEnd"/>
      <w:r w:rsidRPr="00167355">
        <w:rPr>
          <w:rFonts w:ascii="Times New Roman" w:hAnsi="Times New Roman" w:cs="Times New Roman"/>
        </w:rPr>
        <w:t xml:space="preserve"> </w:t>
      </w:r>
      <w:proofErr w:type="spellStart"/>
      <w:r w:rsidRPr="00167355">
        <w:rPr>
          <w:rFonts w:ascii="Times New Roman" w:hAnsi="Times New Roman" w:cs="Times New Roman"/>
        </w:rPr>
        <w:t>oceny</w:t>
      </w:r>
      <w:proofErr w:type="spellEnd"/>
      <w:r w:rsidRPr="00167355">
        <w:rPr>
          <w:rFonts w:ascii="Times New Roman" w:hAnsi="Times New Roman" w:cs="Times New Roman"/>
        </w:rPr>
        <w:t xml:space="preserve"> </w:t>
      </w:r>
      <w:proofErr w:type="spellStart"/>
      <w:r w:rsidRPr="00167355">
        <w:rPr>
          <w:rFonts w:ascii="Times New Roman" w:hAnsi="Times New Roman" w:cs="Times New Roman"/>
        </w:rPr>
        <w:t>formalnej</w:t>
      </w:r>
      <w:proofErr w:type="spellEnd"/>
      <w:r w:rsidRPr="00167355">
        <w:rPr>
          <w:rFonts w:ascii="Times New Roman" w:hAnsi="Times New Roman" w:cs="Times New Roman"/>
        </w:rPr>
        <w:t xml:space="preserve"> </w:t>
      </w:r>
      <w:proofErr w:type="spellStart"/>
      <w:r w:rsidR="00FF6A5F">
        <w:rPr>
          <w:rFonts w:ascii="Times New Roman" w:hAnsi="Times New Roman" w:cs="Times New Roman"/>
        </w:rPr>
        <w:t>ofert</w:t>
      </w:r>
      <w:proofErr w:type="spellEnd"/>
      <w:r w:rsidR="00FF6A5F">
        <w:rPr>
          <w:rFonts w:ascii="Times New Roman" w:hAnsi="Times New Roman" w:cs="Times New Roman"/>
        </w:rPr>
        <w:t xml:space="preserve"> </w:t>
      </w:r>
      <w:proofErr w:type="spellStart"/>
      <w:r w:rsidR="00FF6A5F">
        <w:rPr>
          <w:rFonts w:ascii="Times New Roman" w:hAnsi="Times New Roman" w:cs="Times New Roman"/>
        </w:rPr>
        <w:t>złożonych</w:t>
      </w:r>
      <w:proofErr w:type="spellEnd"/>
      <w:r w:rsidRPr="00167355">
        <w:rPr>
          <w:rFonts w:ascii="Times New Roman" w:hAnsi="Times New Roman" w:cs="Times New Roman"/>
        </w:rPr>
        <w:t xml:space="preserve"> w </w:t>
      </w:r>
      <w:proofErr w:type="spellStart"/>
      <w:r w:rsidRPr="00167355">
        <w:rPr>
          <w:rFonts w:ascii="Times New Roman" w:hAnsi="Times New Roman" w:cs="Times New Roman"/>
        </w:rPr>
        <w:t>otwartym</w:t>
      </w:r>
      <w:proofErr w:type="spellEnd"/>
      <w:r w:rsidRPr="00167355">
        <w:rPr>
          <w:rFonts w:ascii="Times New Roman" w:hAnsi="Times New Roman" w:cs="Times New Roman"/>
        </w:rPr>
        <w:t xml:space="preserve"> </w:t>
      </w:r>
      <w:proofErr w:type="spellStart"/>
      <w:r w:rsidRPr="00167355">
        <w:rPr>
          <w:rFonts w:ascii="Times New Roman" w:hAnsi="Times New Roman" w:cs="Times New Roman"/>
        </w:rPr>
        <w:t>konkursie</w:t>
      </w:r>
      <w:proofErr w:type="spellEnd"/>
      <w:r w:rsidRPr="00167355">
        <w:rPr>
          <w:rFonts w:ascii="Times New Roman" w:hAnsi="Times New Roman" w:cs="Times New Roman"/>
        </w:rPr>
        <w:t xml:space="preserve"> </w:t>
      </w:r>
      <w:proofErr w:type="spellStart"/>
      <w:r w:rsidRPr="00167355">
        <w:rPr>
          <w:rFonts w:ascii="Times New Roman" w:hAnsi="Times New Roman" w:cs="Times New Roman"/>
        </w:rPr>
        <w:t>ofert</w:t>
      </w:r>
      <w:proofErr w:type="spellEnd"/>
      <w:r w:rsidR="00167355" w:rsidRPr="00167355">
        <w:rPr>
          <w:rFonts w:ascii="Times New Roman" w:hAnsi="Times New Roman" w:cs="Times New Roman"/>
        </w:rPr>
        <w:t xml:space="preserve"> </w:t>
      </w:r>
      <w:proofErr w:type="spellStart"/>
      <w:r w:rsidRPr="00167355">
        <w:rPr>
          <w:rFonts w:ascii="Times New Roman" w:hAnsi="Times New Roman" w:cs="Times New Roman"/>
        </w:rPr>
        <w:t>na</w:t>
      </w:r>
      <w:proofErr w:type="spellEnd"/>
      <w:r w:rsidRPr="00167355">
        <w:rPr>
          <w:rFonts w:ascii="Times New Roman" w:hAnsi="Times New Roman" w:cs="Times New Roman"/>
        </w:rPr>
        <w:t xml:space="preserve"> </w:t>
      </w:r>
      <w:proofErr w:type="spellStart"/>
      <w:r w:rsidRPr="00167355">
        <w:rPr>
          <w:rFonts w:ascii="Times New Roman" w:hAnsi="Times New Roman" w:cs="Times New Roman"/>
        </w:rPr>
        <w:t>realizację</w:t>
      </w:r>
      <w:proofErr w:type="spellEnd"/>
      <w:r w:rsidRPr="00167355">
        <w:rPr>
          <w:rFonts w:ascii="Times New Roman" w:hAnsi="Times New Roman" w:cs="Times New Roman"/>
        </w:rPr>
        <w:t xml:space="preserve"> </w:t>
      </w:r>
      <w:proofErr w:type="spellStart"/>
      <w:r w:rsidRPr="00167355">
        <w:rPr>
          <w:rFonts w:ascii="Times New Roman" w:hAnsi="Times New Roman" w:cs="Times New Roman"/>
        </w:rPr>
        <w:t>zadania</w:t>
      </w:r>
      <w:proofErr w:type="spellEnd"/>
      <w:r w:rsidRPr="00167355">
        <w:rPr>
          <w:rFonts w:ascii="Times New Roman" w:hAnsi="Times New Roman" w:cs="Times New Roman"/>
        </w:rPr>
        <w:t xml:space="preserve"> </w:t>
      </w:r>
      <w:proofErr w:type="spellStart"/>
      <w:r w:rsidRPr="00167355">
        <w:rPr>
          <w:rFonts w:ascii="Times New Roman" w:hAnsi="Times New Roman" w:cs="Times New Roman"/>
        </w:rPr>
        <w:t>publicznego</w:t>
      </w:r>
      <w:proofErr w:type="spellEnd"/>
      <w:r w:rsidRPr="00167355">
        <w:rPr>
          <w:rFonts w:ascii="Times New Roman" w:hAnsi="Times New Roman" w:cs="Times New Roman"/>
        </w:rPr>
        <w:t xml:space="preserve"> </w:t>
      </w:r>
      <w:proofErr w:type="spellStart"/>
      <w:r w:rsidRPr="00167355">
        <w:rPr>
          <w:rFonts w:ascii="Times New Roman" w:hAnsi="Times New Roman" w:cs="Times New Roman"/>
        </w:rPr>
        <w:t>Gminy</w:t>
      </w:r>
      <w:proofErr w:type="spellEnd"/>
      <w:r w:rsidRPr="00167355">
        <w:rPr>
          <w:rFonts w:ascii="Times New Roman" w:hAnsi="Times New Roman" w:cs="Times New Roman"/>
        </w:rPr>
        <w:t xml:space="preserve"> Ostrowiec </w:t>
      </w:r>
      <w:proofErr w:type="spellStart"/>
      <w:r w:rsidRPr="00167355">
        <w:rPr>
          <w:rFonts w:ascii="Times New Roman" w:hAnsi="Times New Roman" w:cs="Times New Roman"/>
        </w:rPr>
        <w:t>Świętokrzyski</w:t>
      </w:r>
      <w:proofErr w:type="spellEnd"/>
      <w:r w:rsidRPr="00167355">
        <w:rPr>
          <w:rFonts w:ascii="Times New Roman" w:hAnsi="Times New Roman" w:cs="Times New Roman"/>
        </w:rPr>
        <w:t xml:space="preserve"> z </w:t>
      </w:r>
      <w:proofErr w:type="spellStart"/>
      <w:r w:rsidRPr="00167355">
        <w:rPr>
          <w:rFonts w:ascii="Times New Roman" w:hAnsi="Times New Roman" w:cs="Times New Roman"/>
        </w:rPr>
        <w:t>zakresu</w:t>
      </w:r>
      <w:proofErr w:type="spellEnd"/>
      <w:r w:rsidRPr="00167355">
        <w:rPr>
          <w:rFonts w:ascii="Times New Roman" w:hAnsi="Times New Roman" w:cs="Times New Roman"/>
        </w:rPr>
        <w:t xml:space="preserve"> </w:t>
      </w:r>
      <w:proofErr w:type="spellStart"/>
      <w:r w:rsidRPr="00167355">
        <w:rPr>
          <w:rFonts w:ascii="Times New Roman" w:hAnsi="Times New Roman" w:cs="Times New Roman"/>
        </w:rPr>
        <w:t>ochrony</w:t>
      </w:r>
      <w:proofErr w:type="spellEnd"/>
      <w:r w:rsidRPr="00167355">
        <w:rPr>
          <w:rFonts w:ascii="Times New Roman" w:hAnsi="Times New Roman" w:cs="Times New Roman"/>
        </w:rPr>
        <w:t xml:space="preserve"> </w:t>
      </w:r>
      <w:proofErr w:type="spellStart"/>
      <w:r w:rsidRPr="00167355">
        <w:rPr>
          <w:rFonts w:ascii="Times New Roman" w:hAnsi="Times New Roman" w:cs="Times New Roman"/>
        </w:rPr>
        <w:t>zdrowia</w:t>
      </w:r>
      <w:proofErr w:type="spellEnd"/>
      <w:r w:rsidR="00FF6A5F">
        <w:rPr>
          <w:rFonts w:ascii="Times New Roman" w:hAnsi="Times New Roman" w:cs="Times New Roman"/>
        </w:rPr>
        <w:t xml:space="preserve"> </w:t>
      </w:r>
      <w:proofErr w:type="spellStart"/>
      <w:r w:rsidRPr="00167355">
        <w:rPr>
          <w:rFonts w:ascii="Times New Roman" w:hAnsi="Times New Roman" w:cs="Times New Roman"/>
        </w:rPr>
        <w:t>pn</w:t>
      </w:r>
      <w:proofErr w:type="spellEnd"/>
      <w:r w:rsidRPr="00167355">
        <w:rPr>
          <w:rFonts w:ascii="Times New Roman" w:hAnsi="Times New Roman" w:cs="Times New Roman"/>
        </w:rPr>
        <w:t>. „</w:t>
      </w:r>
      <w:proofErr w:type="spellStart"/>
      <w:r w:rsidRPr="00167355">
        <w:rPr>
          <w:rFonts w:ascii="Times New Roman" w:hAnsi="Times New Roman" w:cs="Times New Roman"/>
        </w:rPr>
        <w:t>Wsparcie</w:t>
      </w:r>
      <w:proofErr w:type="spellEnd"/>
      <w:r w:rsidRPr="00167355">
        <w:rPr>
          <w:rFonts w:ascii="Times New Roman" w:hAnsi="Times New Roman" w:cs="Times New Roman"/>
        </w:rPr>
        <w:t xml:space="preserve"> psychiatry, </w:t>
      </w:r>
      <w:proofErr w:type="spellStart"/>
      <w:r w:rsidRPr="00167355">
        <w:rPr>
          <w:rFonts w:ascii="Times New Roman" w:hAnsi="Times New Roman" w:cs="Times New Roman"/>
        </w:rPr>
        <w:t>psychologa</w:t>
      </w:r>
      <w:proofErr w:type="spellEnd"/>
      <w:r w:rsidRPr="00167355">
        <w:rPr>
          <w:rFonts w:ascii="Times New Roman" w:hAnsi="Times New Roman" w:cs="Times New Roman"/>
        </w:rPr>
        <w:t xml:space="preserve"> </w:t>
      </w:r>
      <w:r w:rsidR="00FF6A5F">
        <w:rPr>
          <w:rFonts w:ascii="Times New Roman" w:hAnsi="Times New Roman" w:cs="Times New Roman"/>
        </w:rPr>
        <w:br/>
      </w:r>
      <w:proofErr w:type="spellStart"/>
      <w:r w:rsidRPr="00167355">
        <w:rPr>
          <w:rFonts w:ascii="Times New Roman" w:hAnsi="Times New Roman" w:cs="Times New Roman"/>
        </w:rPr>
        <w:t>i</w:t>
      </w:r>
      <w:proofErr w:type="spellEnd"/>
      <w:r w:rsidRPr="00167355">
        <w:rPr>
          <w:rFonts w:ascii="Times New Roman" w:hAnsi="Times New Roman" w:cs="Times New Roman"/>
        </w:rPr>
        <w:t xml:space="preserve"> </w:t>
      </w:r>
      <w:proofErr w:type="spellStart"/>
      <w:r w:rsidRPr="00167355">
        <w:rPr>
          <w:rFonts w:ascii="Times New Roman" w:hAnsi="Times New Roman" w:cs="Times New Roman"/>
        </w:rPr>
        <w:t>terapeuty</w:t>
      </w:r>
      <w:proofErr w:type="spellEnd"/>
      <w:r w:rsidRPr="00167355">
        <w:rPr>
          <w:rFonts w:ascii="Times New Roman" w:hAnsi="Times New Roman" w:cs="Times New Roman"/>
        </w:rPr>
        <w:t xml:space="preserve"> </w:t>
      </w:r>
      <w:proofErr w:type="spellStart"/>
      <w:r w:rsidRPr="00167355">
        <w:rPr>
          <w:rFonts w:ascii="Times New Roman" w:hAnsi="Times New Roman" w:cs="Times New Roman"/>
        </w:rPr>
        <w:t>dla</w:t>
      </w:r>
      <w:proofErr w:type="spellEnd"/>
      <w:r w:rsidRPr="00167355">
        <w:rPr>
          <w:rFonts w:ascii="Times New Roman" w:hAnsi="Times New Roman" w:cs="Times New Roman"/>
        </w:rPr>
        <w:t xml:space="preserve"> </w:t>
      </w:r>
      <w:proofErr w:type="spellStart"/>
      <w:r w:rsidRPr="00167355">
        <w:rPr>
          <w:rFonts w:ascii="Times New Roman" w:hAnsi="Times New Roman" w:cs="Times New Roman"/>
        </w:rPr>
        <w:t>dzieci</w:t>
      </w:r>
      <w:proofErr w:type="spellEnd"/>
      <w:r w:rsidRPr="00167355">
        <w:rPr>
          <w:rFonts w:ascii="Times New Roman" w:hAnsi="Times New Roman" w:cs="Times New Roman"/>
        </w:rPr>
        <w:t xml:space="preserve"> </w:t>
      </w:r>
      <w:proofErr w:type="spellStart"/>
      <w:r w:rsidRPr="00167355">
        <w:rPr>
          <w:rFonts w:ascii="Times New Roman" w:hAnsi="Times New Roman" w:cs="Times New Roman"/>
        </w:rPr>
        <w:t>i</w:t>
      </w:r>
      <w:proofErr w:type="spellEnd"/>
      <w:r w:rsidRPr="00167355">
        <w:rPr>
          <w:rFonts w:ascii="Times New Roman" w:hAnsi="Times New Roman" w:cs="Times New Roman"/>
        </w:rPr>
        <w:t xml:space="preserve"> </w:t>
      </w:r>
      <w:proofErr w:type="spellStart"/>
      <w:r w:rsidRPr="00167355">
        <w:rPr>
          <w:rFonts w:ascii="Times New Roman" w:hAnsi="Times New Roman" w:cs="Times New Roman"/>
        </w:rPr>
        <w:t>młodzieży</w:t>
      </w:r>
      <w:proofErr w:type="spellEnd"/>
      <w:r w:rsidRPr="00167355">
        <w:rPr>
          <w:rFonts w:ascii="Times New Roman" w:hAnsi="Times New Roman" w:cs="Times New Roman"/>
        </w:rPr>
        <w:t xml:space="preserve"> z </w:t>
      </w:r>
      <w:proofErr w:type="spellStart"/>
      <w:r w:rsidRPr="00167355">
        <w:rPr>
          <w:rFonts w:ascii="Times New Roman" w:hAnsi="Times New Roman" w:cs="Times New Roman"/>
        </w:rPr>
        <w:t>terenu</w:t>
      </w:r>
      <w:proofErr w:type="spellEnd"/>
      <w:r w:rsidRPr="00167355">
        <w:rPr>
          <w:rFonts w:ascii="Times New Roman" w:hAnsi="Times New Roman" w:cs="Times New Roman"/>
        </w:rPr>
        <w:t xml:space="preserve"> </w:t>
      </w:r>
      <w:proofErr w:type="spellStart"/>
      <w:r w:rsidRPr="00167355">
        <w:rPr>
          <w:rFonts w:ascii="Times New Roman" w:hAnsi="Times New Roman" w:cs="Times New Roman"/>
        </w:rPr>
        <w:t>Gminy</w:t>
      </w:r>
      <w:proofErr w:type="spellEnd"/>
      <w:r w:rsidRPr="00167355">
        <w:rPr>
          <w:rFonts w:ascii="Times New Roman" w:hAnsi="Times New Roman" w:cs="Times New Roman"/>
        </w:rPr>
        <w:t xml:space="preserve"> Ostrowiec </w:t>
      </w:r>
      <w:proofErr w:type="spellStart"/>
      <w:r w:rsidRPr="00167355">
        <w:rPr>
          <w:rFonts w:ascii="Times New Roman" w:hAnsi="Times New Roman" w:cs="Times New Roman"/>
        </w:rPr>
        <w:t>Świętokrzyski</w:t>
      </w:r>
      <w:proofErr w:type="spellEnd"/>
      <w:r w:rsidRPr="00167355">
        <w:rPr>
          <w:rFonts w:ascii="Times New Roman" w:hAnsi="Times New Roman" w:cs="Times New Roman"/>
        </w:rPr>
        <w:t>”</w:t>
      </w:r>
    </w:p>
    <w:p w:rsidR="008E525D" w:rsidRDefault="008E525D">
      <w:pPr>
        <w:rPr>
          <w:rFonts w:ascii="Times New Roman" w:hAnsi="Times New Roman" w:cs="Times New Roman"/>
          <w:b/>
        </w:rPr>
      </w:pPr>
    </w:p>
    <w:p w:rsidR="00011CBE" w:rsidRPr="00167355" w:rsidRDefault="00A84E0E">
      <w:pPr>
        <w:rPr>
          <w:rFonts w:ascii="Times New Roman" w:hAnsi="Times New Roman" w:cs="Times New Roman"/>
        </w:rPr>
      </w:pPr>
      <w:r w:rsidRPr="00167355">
        <w:rPr>
          <w:rFonts w:ascii="Times New Roman" w:hAnsi="Times New Roman" w:cs="Times New Roman"/>
          <w:b/>
        </w:rPr>
        <w:t xml:space="preserve">Data </w:t>
      </w:r>
      <w:proofErr w:type="spellStart"/>
      <w:r w:rsidRPr="00167355">
        <w:rPr>
          <w:rFonts w:ascii="Times New Roman" w:hAnsi="Times New Roman" w:cs="Times New Roman"/>
          <w:b/>
        </w:rPr>
        <w:t>posiedzenia</w:t>
      </w:r>
      <w:proofErr w:type="spellEnd"/>
      <w:r w:rsidRPr="00167355">
        <w:rPr>
          <w:rFonts w:ascii="Times New Roman" w:hAnsi="Times New Roman" w:cs="Times New Roman"/>
          <w:b/>
        </w:rPr>
        <w:t xml:space="preserve"> </w:t>
      </w:r>
      <w:proofErr w:type="spellStart"/>
      <w:r w:rsidRPr="00167355">
        <w:rPr>
          <w:rFonts w:ascii="Times New Roman" w:hAnsi="Times New Roman" w:cs="Times New Roman"/>
          <w:b/>
        </w:rPr>
        <w:t>Komisji</w:t>
      </w:r>
      <w:proofErr w:type="spellEnd"/>
      <w:r w:rsidR="00167355" w:rsidRPr="00167355">
        <w:rPr>
          <w:rFonts w:ascii="Times New Roman" w:hAnsi="Times New Roman" w:cs="Times New Roman"/>
          <w:b/>
        </w:rPr>
        <w:t xml:space="preserve"> </w:t>
      </w:r>
      <w:proofErr w:type="spellStart"/>
      <w:r w:rsidR="00167355" w:rsidRPr="00167355">
        <w:rPr>
          <w:rFonts w:ascii="Times New Roman" w:hAnsi="Times New Roman" w:cs="Times New Roman"/>
          <w:b/>
        </w:rPr>
        <w:t>Konkursowej</w:t>
      </w:r>
      <w:proofErr w:type="spellEnd"/>
      <w:r w:rsidRPr="00167355">
        <w:rPr>
          <w:rFonts w:ascii="Times New Roman" w:hAnsi="Times New Roman" w:cs="Times New Roman"/>
        </w:rPr>
        <w:t>: ....................................................</w:t>
      </w:r>
    </w:p>
    <w:p w:rsidR="00011CBE" w:rsidRPr="00167355" w:rsidRDefault="00A84E0E">
      <w:pPr>
        <w:rPr>
          <w:rFonts w:ascii="Times New Roman" w:hAnsi="Times New Roman" w:cs="Times New Roman"/>
        </w:rPr>
      </w:pPr>
      <w:r w:rsidRPr="00167355">
        <w:rPr>
          <w:rFonts w:ascii="Times New Roman" w:hAnsi="Times New Roman" w:cs="Times New Roman"/>
          <w:b/>
        </w:rPr>
        <w:t>Godzina rozpoczęcia</w:t>
      </w:r>
      <w:r w:rsidRPr="00167355">
        <w:rPr>
          <w:rFonts w:ascii="Times New Roman" w:hAnsi="Times New Roman" w:cs="Times New Roman"/>
        </w:rPr>
        <w:t>: .......................................................</w:t>
      </w:r>
      <w:r w:rsidR="00167355" w:rsidRPr="00167355">
        <w:rPr>
          <w:rFonts w:ascii="Times New Roman" w:hAnsi="Times New Roman" w:cs="Times New Roman"/>
        </w:rPr>
        <w:t>...........................</w:t>
      </w:r>
    </w:p>
    <w:p w:rsidR="00011CBE" w:rsidRPr="00167355" w:rsidRDefault="00A84E0E">
      <w:pPr>
        <w:rPr>
          <w:rFonts w:ascii="Times New Roman" w:hAnsi="Times New Roman" w:cs="Times New Roman"/>
        </w:rPr>
      </w:pPr>
      <w:proofErr w:type="spellStart"/>
      <w:r w:rsidRPr="00167355">
        <w:rPr>
          <w:rFonts w:ascii="Times New Roman" w:hAnsi="Times New Roman" w:cs="Times New Roman"/>
          <w:b/>
        </w:rPr>
        <w:t>Miejsce</w:t>
      </w:r>
      <w:proofErr w:type="spellEnd"/>
      <w:r w:rsidRPr="00167355">
        <w:rPr>
          <w:rFonts w:ascii="Times New Roman" w:hAnsi="Times New Roman" w:cs="Times New Roman"/>
          <w:b/>
        </w:rPr>
        <w:t xml:space="preserve"> </w:t>
      </w:r>
      <w:proofErr w:type="spellStart"/>
      <w:r w:rsidRPr="00167355">
        <w:rPr>
          <w:rFonts w:ascii="Times New Roman" w:hAnsi="Times New Roman" w:cs="Times New Roman"/>
          <w:b/>
        </w:rPr>
        <w:t>posiedze</w:t>
      </w:r>
      <w:r w:rsidR="00167355" w:rsidRPr="00167355">
        <w:rPr>
          <w:rFonts w:ascii="Times New Roman" w:hAnsi="Times New Roman" w:cs="Times New Roman"/>
          <w:b/>
        </w:rPr>
        <w:t>nia</w:t>
      </w:r>
      <w:proofErr w:type="spellEnd"/>
      <w:r w:rsidR="00167355" w:rsidRPr="00167355">
        <w:rPr>
          <w:rFonts w:ascii="Times New Roman" w:hAnsi="Times New Roman" w:cs="Times New Roman"/>
        </w:rPr>
        <w:t xml:space="preserve">: </w:t>
      </w:r>
      <w:proofErr w:type="spellStart"/>
      <w:r w:rsidR="00167355" w:rsidRPr="00167355">
        <w:rPr>
          <w:rFonts w:ascii="Times New Roman" w:hAnsi="Times New Roman" w:cs="Times New Roman"/>
        </w:rPr>
        <w:t>Urząd</w:t>
      </w:r>
      <w:proofErr w:type="spellEnd"/>
      <w:r w:rsidR="00167355" w:rsidRPr="00167355">
        <w:rPr>
          <w:rFonts w:ascii="Times New Roman" w:hAnsi="Times New Roman" w:cs="Times New Roman"/>
        </w:rPr>
        <w:t xml:space="preserve"> </w:t>
      </w:r>
      <w:proofErr w:type="spellStart"/>
      <w:r w:rsidR="00167355" w:rsidRPr="00167355">
        <w:rPr>
          <w:rFonts w:ascii="Times New Roman" w:hAnsi="Times New Roman" w:cs="Times New Roman"/>
        </w:rPr>
        <w:t>Miasta</w:t>
      </w:r>
      <w:proofErr w:type="spellEnd"/>
      <w:r w:rsidR="00167355" w:rsidRPr="00167355">
        <w:rPr>
          <w:rFonts w:ascii="Times New Roman" w:hAnsi="Times New Roman" w:cs="Times New Roman"/>
        </w:rPr>
        <w:t xml:space="preserve"> </w:t>
      </w:r>
      <w:proofErr w:type="spellStart"/>
      <w:r w:rsidR="00167355" w:rsidRPr="00167355">
        <w:rPr>
          <w:rFonts w:ascii="Times New Roman" w:hAnsi="Times New Roman" w:cs="Times New Roman"/>
        </w:rPr>
        <w:t>Ostrowca</w:t>
      </w:r>
      <w:proofErr w:type="spellEnd"/>
      <w:r w:rsidR="00167355" w:rsidRPr="00167355">
        <w:rPr>
          <w:rFonts w:ascii="Times New Roman" w:hAnsi="Times New Roman" w:cs="Times New Roman"/>
        </w:rPr>
        <w:t xml:space="preserve"> </w:t>
      </w:r>
      <w:proofErr w:type="spellStart"/>
      <w:r w:rsidR="00167355" w:rsidRPr="00167355">
        <w:rPr>
          <w:rFonts w:ascii="Times New Roman" w:hAnsi="Times New Roman" w:cs="Times New Roman"/>
        </w:rPr>
        <w:t>Świętokrzyskiego</w:t>
      </w:r>
      <w:proofErr w:type="spellEnd"/>
      <w:r w:rsidR="00167355" w:rsidRPr="00167355">
        <w:rPr>
          <w:rFonts w:ascii="Times New Roman" w:hAnsi="Times New Roman" w:cs="Times New Roman"/>
        </w:rPr>
        <w:t xml:space="preserve">, ul. J. </w:t>
      </w:r>
      <w:proofErr w:type="spellStart"/>
      <w:r w:rsidR="00167355" w:rsidRPr="00167355">
        <w:rPr>
          <w:rFonts w:ascii="Times New Roman" w:hAnsi="Times New Roman" w:cs="Times New Roman"/>
        </w:rPr>
        <w:t>Głogowskiego</w:t>
      </w:r>
      <w:proofErr w:type="spellEnd"/>
      <w:r w:rsidR="00167355" w:rsidRPr="00167355">
        <w:rPr>
          <w:rFonts w:ascii="Times New Roman" w:hAnsi="Times New Roman" w:cs="Times New Roman"/>
        </w:rPr>
        <w:t xml:space="preserve"> 3/5, </w:t>
      </w:r>
      <w:r w:rsidR="00167355" w:rsidRPr="00167355">
        <w:rPr>
          <w:rFonts w:ascii="Times New Roman" w:hAnsi="Times New Roman" w:cs="Times New Roman"/>
        </w:rPr>
        <w:br/>
        <w:t xml:space="preserve">                                    27 – 400 Ostrowiec </w:t>
      </w:r>
      <w:proofErr w:type="spellStart"/>
      <w:r w:rsidR="00167355" w:rsidRPr="00167355">
        <w:rPr>
          <w:rFonts w:ascii="Times New Roman" w:hAnsi="Times New Roman" w:cs="Times New Roman"/>
        </w:rPr>
        <w:t>Świętokrzyski</w:t>
      </w:r>
      <w:proofErr w:type="spellEnd"/>
    </w:p>
    <w:p w:rsidR="00011CBE" w:rsidRDefault="00847D9D" w:rsidP="008341D9">
      <w:pPr>
        <w:pStyle w:val="Nagwek2"/>
        <w:spacing w:before="0"/>
        <w:rPr>
          <w:rFonts w:ascii="Times New Roman" w:hAnsi="Times New Roman" w:cs="Times New Roman"/>
          <w:color w:val="auto"/>
          <w:sz w:val="22"/>
          <w:szCs w:val="22"/>
        </w:rPr>
      </w:pPr>
      <w:proofErr w:type="spellStart"/>
      <w:r>
        <w:rPr>
          <w:rFonts w:ascii="Times New Roman" w:hAnsi="Times New Roman" w:cs="Times New Roman"/>
          <w:color w:val="auto"/>
          <w:sz w:val="22"/>
          <w:szCs w:val="22"/>
        </w:rPr>
        <w:t>Komisja</w:t>
      </w:r>
      <w:proofErr w:type="spellEnd"/>
      <w:r>
        <w:rPr>
          <w:rFonts w:ascii="Times New Roman" w:hAnsi="Times New Roman" w:cs="Times New Roman"/>
          <w:color w:val="auto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color w:val="auto"/>
          <w:sz w:val="22"/>
          <w:szCs w:val="22"/>
        </w:rPr>
        <w:t>Konkursowa</w:t>
      </w:r>
      <w:proofErr w:type="spellEnd"/>
      <w:r>
        <w:rPr>
          <w:rFonts w:ascii="Times New Roman" w:hAnsi="Times New Roman" w:cs="Times New Roman"/>
          <w:color w:val="auto"/>
          <w:sz w:val="22"/>
          <w:szCs w:val="22"/>
        </w:rPr>
        <w:t xml:space="preserve"> w </w:t>
      </w:r>
      <w:proofErr w:type="spellStart"/>
      <w:r>
        <w:rPr>
          <w:rFonts w:ascii="Times New Roman" w:hAnsi="Times New Roman" w:cs="Times New Roman"/>
          <w:color w:val="auto"/>
          <w:sz w:val="22"/>
          <w:szCs w:val="22"/>
        </w:rPr>
        <w:t>składzie</w:t>
      </w:r>
      <w:proofErr w:type="spellEnd"/>
      <w:r w:rsidR="00A84E0E" w:rsidRPr="00167355">
        <w:rPr>
          <w:rFonts w:ascii="Times New Roman" w:hAnsi="Times New Roman" w:cs="Times New Roman"/>
          <w:color w:val="auto"/>
          <w:sz w:val="22"/>
          <w:szCs w:val="22"/>
        </w:rPr>
        <w:t>:</w:t>
      </w:r>
    </w:p>
    <w:p w:rsidR="00011CBE" w:rsidRPr="00167355" w:rsidRDefault="00A84E0E" w:rsidP="008E525D">
      <w:pPr>
        <w:spacing w:after="0" w:line="360" w:lineRule="auto"/>
        <w:rPr>
          <w:rFonts w:ascii="Times New Roman" w:hAnsi="Times New Roman" w:cs="Times New Roman"/>
        </w:rPr>
      </w:pPr>
      <w:r w:rsidRPr="00167355">
        <w:rPr>
          <w:rFonts w:ascii="Times New Roman" w:hAnsi="Times New Roman" w:cs="Times New Roman"/>
        </w:rPr>
        <w:t>1. ......................................................................................................</w:t>
      </w:r>
    </w:p>
    <w:p w:rsidR="00011CBE" w:rsidRPr="00167355" w:rsidRDefault="00A84E0E" w:rsidP="008E525D">
      <w:pPr>
        <w:spacing w:after="0" w:line="360" w:lineRule="auto"/>
        <w:rPr>
          <w:rFonts w:ascii="Times New Roman" w:hAnsi="Times New Roman" w:cs="Times New Roman"/>
        </w:rPr>
      </w:pPr>
      <w:r w:rsidRPr="00167355">
        <w:rPr>
          <w:rFonts w:ascii="Times New Roman" w:hAnsi="Times New Roman" w:cs="Times New Roman"/>
        </w:rPr>
        <w:t>2. ......................................................................................................</w:t>
      </w:r>
    </w:p>
    <w:p w:rsidR="00011CBE" w:rsidRDefault="00A84E0E" w:rsidP="008E525D">
      <w:pPr>
        <w:spacing w:after="0" w:line="360" w:lineRule="auto"/>
        <w:rPr>
          <w:rFonts w:ascii="Times New Roman" w:hAnsi="Times New Roman" w:cs="Times New Roman"/>
        </w:rPr>
      </w:pPr>
      <w:r w:rsidRPr="00167355">
        <w:rPr>
          <w:rFonts w:ascii="Times New Roman" w:hAnsi="Times New Roman" w:cs="Times New Roman"/>
        </w:rPr>
        <w:t>3. ......................................................................................................</w:t>
      </w:r>
    </w:p>
    <w:p w:rsidR="00847D9D" w:rsidRDefault="00847D9D" w:rsidP="008341D9">
      <w:pPr>
        <w:spacing w:after="0"/>
        <w:rPr>
          <w:rFonts w:ascii="Times New Roman" w:hAnsi="Times New Roman" w:cs="Times New Roman"/>
        </w:rPr>
      </w:pPr>
      <w:proofErr w:type="spellStart"/>
      <w:r w:rsidRPr="008341D9">
        <w:rPr>
          <w:rFonts w:ascii="Times New Roman" w:hAnsi="Times New Roman" w:cs="Times New Roman"/>
          <w:b/>
        </w:rPr>
        <w:t>dokonała</w:t>
      </w:r>
      <w:proofErr w:type="spellEnd"/>
      <w:r w:rsidR="00FF6A5F" w:rsidRPr="008341D9">
        <w:rPr>
          <w:rFonts w:ascii="Times New Roman" w:hAnsi="Times New Roman" w:cs="Times New Roman"/>
          <w:b/>
        </w:rPr>
        <w:t xml:space="preserve"> </w:t>
      </w:r>
      <w:proofErr w:type="spellStart"/>
      <w:r w:rsidR="00FF6A5F" w:rsidRPr="008341D9">
        <w:rPr>
          <w:rFonts w:ascii="Times New Roman" w:hAnsi="Times New Roman" w:cs="Times New Roman"/>
          <w:b/>
        </w:rPr>
        <w:t>oceny</w:t>
      </w:r>
      <w:proofErr w:type="spellEnd"/>
      <w:r w:rsidR="00FF6A5F" w:rsidRPr="008341D9">
        <w:rPr>
          <w:rFonts w:ascii="Times New Roman" w:hAnsi="Times New Roman" w:cs="Times New Roman"/>
          <w:b/>
        </w:rPr>
        <w:t xml:space="preserve"> </w:t>
      </w:r>
      <w:proofErr w:type="spellStart"/>
      <w:r w:rsidR="00FF6A5F" w:rsidRPr="008341D9">
        <w:rPr>
          <w:rFonts w:ascii="Times New Roman" w:hAnsi="Times New Roman" w:cs="Times New Roman"/>
          <w:b/>
        </w:rPr>
        <w:t>formalnej</w:t>
      </w:r>
      <w:proofErr w:type="spellEnd"/>
      <w:r w:rsidRPr="008341D9">
        <w:rPr>
          <w:rFonts w:ascii="Times New Roman" w:hAnsi="Times New Roman" w:cs="Times New Roman"/>
          <w:b/>
        </w:rPr>
        <w:t xml:space="preserve"> </w:t>
      </w:r>
      <w:proofErr w:type="spellStart"/>
      <w:r w:rsidRPr="008341D9">
        <w:rPr>
          <w:rFonts w:ascii="Times New Roman" w:hAnsi="Times New Roman" w:cs="Times New Roman"/>
          <w:b/>
        </w:rPr>
        <w:t>następujących</w:t>
      </w:r>
      <w:proofErr w:type="spellEnd"/>
      <w:r w:rsidRPr="008341D9">
        <w:rPr>
          <w:rFonts w:ascii="Times New Roman" w:hAnsi="Times New Roman" w:cs="Times New Roman"/>
          <w:b/>
        </w:rPr>
        <w:t xml:space="preserve"> </w:t>
      </w:r>
      <w:proofErr w:type="spellStart"/>
      <w:r w:rsidRPr="008341D9">
        <w:rPr>
          <w:rFonts w:ascii="Times New Roman" w:hAnsi="Times New Roman" w:cs="Times New Roman"/>
          <w:b/>
        </w:rPr>
        <w:t>ofert</w:t>
      </w:r>
      <w:proofErr w:type="spellEnd"/>
      <w:r w:rsidR="004D5D3B">
        <w:rPr>
          <w:rFonts w:ascii="Times New Roman" w:hAnsi="Times New Roman" w:cs="Times New Roman"/>
          <w:b/>
        </w:rPr>
        <w:t xml:space="preserve"> w </w:t>
      </w:r>
      <w:proofErr w:type="spellStart"/>
      <w:r w:rsidR="004D5D3B">
        <w:rPr>
          <w:rFonts w:ascii="Times New Roman" w:hAnsi="Times New Roman" w:cs="Times New Roman"/>
          <w:b/>
        </w:rPr>
        <w:t>łącznej</w:t>
      </w:r>
      <w:proofErr w:type="spellEnd"/>
      <w:r w:rsidR="004D5D3B">
        <w:rPr>
          <w:rFonts w:ascii="Times New Roman" w:hAnsi="Times New Roman" w:cs="Times New Roman"/>
          <w:b/>
        </w:rPr>
        <w:t xml:space="preserve"> </w:t>
      </w:r>
      <w:proofErr w:type="spellStart"/>
      <w:r w:rsidR="004D5D3B">
        <w:rPr>
          <w:rFonts w:ascii="Times New Roman" w:hAnsi="Times New Roman" w:cs="Times New Roman"/>
          <w:b/>
        </w:rPr>
        <w:t>liczbie</w:t>
      </w:r>
      <w:proofErr w:type="spellEnd"/>
      <w:r>
        <w:rPr>
          <w:rFonts w:ascii="Times New Roman" w:hAnsi="Times New Roman" w:cs="Times New Roman"/>
        </w:rPr>
        <w:t>:</w:t>
      </w:r>
      <w:r w:rsidR="008E525D">
        <w:rPr>
          <w:rFonts w:ascii="Times New Roman" w:hAnsi="Times New Roman" w:cs="Times New Roman"/>
        </w:rPr>
        <w:t>…</w:t>
      </w:r>
      <w:r w:rsidR="004D5D3B">
        <w:rPr>
          <w:rFonts w:ascii="Times New Roman" w:hAnsi="Times New Roman" w:cs="Times New Roman"/>
        </w:rPr>
        <w:t>……</w:t>
      </w:r>
      <w:proofErr w:type="spellStart"/>
      <w:r w:rsidR="004D5D3B">
        <w:rPr>
          <w:rFonts w:ascii="Times New Roman" w:hAnsi="Times New Roman" w:cs="Times New Roman"/>
        </w:rPr>
        <w:t>sztuk</w:t>
      </w:r>
      <w:proofErr w:type="spellEnd"/>
    </w:p>
    <w:p w:rsidR="008341D9" w:rsidRDefault="008341D9" w:rsidP="008341D9">
      <w:pPr>
        <w:spacing w:after="0"/>
        <w:rPr>
          <w:rFonts w:ascii="Times New Roman" w:hAnsi="Times New Roman" w:cs="Times New Roman"/>
        </w:rPr>
      </w:pPr>
    </w:p>
    <w:p w:rsidR="00847D9D" w:rsidRPr="00847D9D" w:rsidRDefault="00847D9D">
      <w:pPr>
        <w:rPr>
          <w:rFonts w:ascii="Times New Roman" w:hAnsi="Times New Roman" w:cs="Times New Roman"/>
          <w:b/>
          <w:u w:val="single"/>
        </w:rPr>
      </w:pPr>
      <w:r w:rsidRPr="00847D9D">
        <w:rPr>
          <w:rFonts w:ascii="Times New Roman" w:hAnsi="Times New Roman" w:cs="Times New Roman"/>
          <w:b/>
          <w:u w:val="single"/>
        </w:rPr>
        <w:t>OFERTA NR 1</w:t>
      </w:r>
    </w:p>
    <w:p w:rsidR="00011CBE" w:rsidRPr="00167355" w:rsidRDefault="00A84E0E">
      <w:pPr>
        <w:rPr>
          <w:rFonts w:ascii="Times New Roman" w:hAnsi="Times New Roman" w:cs="Times New Roman"/>
        </w:rPr>
      </w:pPr>
      <w:proofErr w:type="spellStart"/>
      <w:r w:rsidRPr="00167355">
        <w:rPr>
          <w:rFonts w:ascii="Times New Roman" w:hAnsi="Times New Roman" w:cs="Times New Roman"/>
        </w:rPr>
        <w:t>Nazwa</w:t>
      </w:r>
      <w:proofErr w:type="spellEnd"/>
      <w:r w:rsidRPr="00167355">
        <w:rPr>
          <w:rFonts w:ascii="Times New Roman" w:hAnsi="Times New Roman" w:cs="Times New Roman"/>
        </w:rPr>
        <w:t xml:space="preserve"> </w:t>
      </w:r>
      <w:proofErr w:type="spellStart"/>
      <w:r w:rsidRPr="00167355">
        <w:rPr>
          <w:rFonts w:ascii="Times New Roman" w:hAnsi="Times New Roman" w:cs="Times New Roman"/>
        </w:rPr>
        <w:t>oferenta</w:t>
      </w:r>
      <w:proofErr w:type="spellEnd"/>
      <w:r w:rsidRPr="00167355">
        <w:rPr>
          <w:rFonts w:ascii="Times New Roman" w:hAnsi="Times New Roman" w:cs="Times New Roman"/>
        </w:rPr>
        <w:t>: .................................................</w:t>
      </w:r>
      <w:r w:rsidR="00847D9D">
        <w:rPr>
          <w:rFonts w:ascii="Times New Roman" w:hAnsi="Times New Roman" w:cs="Times New Roman"/>
        </w:rPr>
        <w:t>.............................................</w:t>
      </w:r>
      <w:r w:rsidRPr="00167355">
        <w:rPr>
          <w:rFonts w:ascii="Times New Roman" w:hAnsi="Times New Roman" w:cs="Times New Roman"/>
        </w:rPr>
        <w:t>...............................</w:t>
      </w:r>
    </w:p>
    <w:p w:rsidR="00011CBE" w:rsidRPr="00167355" w:rsidRDefault="00A84E0E">
      <w:pPr>
        <w:rPr>
          <w:rFonts w:ascii="Times New Roman" w:hAnsi="Times New Roman" w:cs="Times New Roman"/>
        </w:rPr>
      </w:pPr>
      <w:r w:rsidRPr="00167355">
        <w:rPr>
          <w:rFonts w:ascii="Times New Roman" w:hAnsi="Times New Roman" w:cs="Times New Roman"/>
        </w:rPr>
        <w:t>Numer oferty: ....................................................................................</w:t>
      </w:r>
    </w:p>
    <w:p w:rsidR="00011CBE" w:rsidRPr="00167355" w:rsidRDefault="00A84E0E">
      <w:pPr>
        <w:rPr>
          <w:rFonts w:ascii="Times New Roman" w:hAnsi="Times New Roman" w:cs="Times New Roman"/>
        </w:rPr>
      </w:pPr>
      <w:r w:rsidRPr="00167355">
        <w:rPr>
          <w:rFonts w:ascii="Times New Roman" w:hAnsi="Times New Roman" w:cs="Times New Roman"/>
        </w:rPr>
        <w:t>Data wpływu oferty: ..............</w:t>
      </w:r>
      <w:r w:rsidR="00847D9D">
        <w:rPr>
          <w:rFonts w:ascii="Times New Roman" w:hAnsi="Times New Roman" w:cs="Times New Roman"/>
        </w:rPr>
        <w:t>....................................</w:t>
      </w:r>
      <w:r w:rsidRPr="00167355">
        <w:rPr>
          <w:rFonts w:ascii="Times New Roman" w:hAnsi="Times New Roman" w:cs="Times New Roman"/>
        </w:rPr>
        <w:t>....... godzina .........................</w:t>
      </w:r>
    </w:p>
    <w:p w:rsidR="00847D9D" w:rsidRPr="008E525D" w:rsidRDefault="00847D9D" w:rsidP="008E525D">
      <w:pPr>
        <w:rPr>
          <w:rFonts w:ascii="Times New Roman" w:hAnsi="Times New Roman" w:cs="Times New Roman"/>
          <w:b/>
        </w:rPr>
      </w:pPr>
      <w:proofErr w:type="spellStart"/>
      <w:r w:rsidRPr="008E525D">
        <w:rPr>
          <w:rFonts w:ascii="Times New Roman" w:hAnsi="Times New Roman" w:cs="Times New Roman"/>
          <w:b/>
        </w:rPr>
        <w:t>Ocena</w:t>
      </w:r>
      <w:proofErr w:type="spellEnd"/>
      <w:r w:rsidRPr="008E525D">
        <w:rPr>
          <w:rFonts w:ascii="Times New Roman" w:hAnsi="Times New Roman" w:cs="Times New Roman"/>
          <w:b/>
        </w:rPr>
        <w:t xml:space="preserve"> </w:t>
      </w:r>
      <w:proofErr w:type="spellStart"/>
      <w:r w:rsidRPr="008E525D">
        <w:rPr>
          <w:rFonts w:ascii="Times New Roman" w:hAnsi="Times New Roman" w:cs="Times New Roman"/>
          <w:b/>
        </w:rPr>
        <w:t>formalna</w:t>
      </w:r>
      <w:proofErr w:type="spellEnd"/>
      <w:r w:rsidRPr="008E525D">
        <w:rPr>
          <w:rFonts w:ascii="Times New Roman" w:hAnsi="Times New Roman" w:cs="Times New Roman"/>
          <w:b/>
        </w:rPr>
        <w:t xml:space="preserve"> </w:t>
      </w:r>
      <w:proofErr w:type="spellStart"/>
      <w:r w:rsidRPr="008E525D">
        <w:rPr>
          <w:rFonts w:ascii="Times New Roman" w:hAnsi="Times New Roman" w:cs="Times New Roman"/>
          <w:b/>
        </w:rPr>
        <w:t>oferty</w:t>
      </w:r>
      <w:proofErr w:type="spellEnd"/>
    </w:p>
    <w:p w:rsidR="00011CBE" w:rsidRDefault="00A84E0E" w:rsidP="00847D9D">
      <w:pPr>
        <w:pStyle w:val="Akapitzlist"/>
        <w:numPr>
          <w:ilvl w:val="0"/>
          <w:numId w:val="11"/>
        </w:numPr>
        <w:rPr>
          <w:rFonts w:ascii="Times New Roman" w:hAnsi="Times New Roman" w:cs="Times New Roman"/>
        </w:rPr>
      </w:pPr>
      <w:proofErr w:type="spellStart"/>
      <w:r w:rsidRPr="00847D9D">
        <w:rPr>
          <w:rFonts w:ascii="Times New Roman" w:hAnsi="Times New Roman" w:cs="Times New Roman"/>
        </w:rPr>
        <w:t>Liczba</w:t>
      </w:r>
      <w:proofErr w:type="spellEnd"/>
      <w:r w:rsidRPr="00847D9D">
        <w:rPr>
          <w:rFonts w:ascii="Times New Roman" w:hAnsi="Times New Roman" w:cs="Times New Roman"/>
        </w:rPr>
        <w:t xml:space="preserve"> </w:t>
      </w:r>
      <w:proofErr w:type="spellStart"/>
      <w:r w:rsidRPr="00847D9D">
        <w:rPr>
          <w:rFonts w:ascii="Times New Roman" w:hAnsi="Times New Roman" w:cs="Times New Roman"/>
        </w:rPr>
        <w:t>kryteriów</w:t>
      </w:r>
      <w:proofErr w:type="spellEnd"/>
      <w:r w:rsidRPr="00847D9D">
        <w:rPr>
          <w:rFonts w:ascii="Times New Roman" w:hAnsi="Times New Roman" w:cs="Times New Roman"/>
        </w:rPr>
        <w:t xml:space="preserve"> </w:t>
      </w:r>
      <w:proofErr w:type="spellStart"/>
      <w:r w:rsidRPr="00847D9D">
        <w:rPr>
          <w:rFonts w:ascii="Times New Roman" w:hAnsi="Times New Roman" w:cs="Times New Roman"/>
        </w:rPr>
        <w:t>spełnionych</w:t>
      </w:r>
      <w:proofErr w:type="spellEnd"/>
      <w:r w:rsidRPr="00847D9D">
        <w:rPr>
          <w:rFonts w:ascii="Times New Roman" w:hAnsi="Times New Roman" w:cs="Times New Roman"/>
        </w:rPr>
        <w:t>: ...................</w:t>
      </w:r>
    </w:p>
    <w:p w:rsidR="00011CBE" w:rsidRDefault="00A84E0E" w:rsidP="00847D9D">
      <w:pPr>
        <w:pStyle w:val="Akapitzlist"/>
        <w:numPr>
          <w:ilvl w:val="0"/>
          <w:numId w:val="11"/>
        </w:numPr>
        <w:rPr>
          <w:rFonts w:ascii="Times New Roman" w:hAnsi="Times New Roman" w:cs="Times New Roman"/>
        </w:rPr>
      </w:pPr>
      <w:proofErr w:type="spellStart"/>
      <w:r w:rsidRPr="00847D9D">
        <w:rPr>
          <w:rFonts w:ascii="Times New Roman" w:hAnsi="Times New Roman" w:cs="Times New Roman"/>
        </w:rPr>
        <w:t>Liczba</w:t>
      </w:r>
      <w:proofErr w:type="spellEnd"/>
      <w:r w:rsidRPr="00847D9D">
        <w:rPr>
          <w:rFonts w:ascii="Times New Roman" w:hAnsi="Times New Roman" w:cs="Times New Roman"/>
        </w:rPr>
        <w:t xml:space="preserve"> </w:t>
      </w:r>
      <w:proofErr w:type="spellStart"/>
      <w:r w:rsidRPr="00847D9D">
        <w:rPr>
          <w:rFonts w:ascii="Times New Roman" w:hAnsi="Times New Roman" w:cs="Times New Roman"/>
        </w:rPr>
        <w:t>kryteriów</w:t>
      </w:r>
      <w:proofErr w:type="spellEnd"/>
      <w:r w:rsidRPr="00847D9D">
        <w:rPr>
          <w:rFonts w:ascii="Times New Roman" w:hAnsi="Times New Roman" w:cs="Times New Roman"/>
        </w:rPr>
        <w:t xml:space="preserve"> </w:t>
      </w:r>
      <w:proofErr w:type="spellStart"/>
      <w:r w:rsidRPr="00847D9D">
        <w:rPr>
          <w:rFonts w:ascii="Times New Roman" w:hAnsi="Times New Roman" w:cs="Times New Roman"/>
        </w:rPr>
        <w:t>niespełnionych</w:t>
      </w:r>
      <w:proofErr w:type="spellEnd"/>
      <w:r w:rsidRPr="00847D9D">
        <w:rPr>
          <w:rFonts w:ascii="Times New Roman" w:hAnsi="Times New Roman" w:cs="Times New Roman"/>
        </w:rPr>
        <w:t>: .................</w:t>
      </w:r>
    </w:p>
    <w:p w:rsidR="00011CBE" w:rsidRPr="00167355" w:rsidRDefault="00A84E0E">
      <w:pPr>
        <w:rPr>
          <w:rFonts w:ascii="Times New Roman" w:hAnsi="Times New Roman" w:cs="Times New Roman"/>
        </w:rPr>
      </w:pPr>
      <w:proofErr w:type="spellStart"/>
      <w:r w:rsidRPr="00167355">
        <w:rPr>
          <w:rFonts w:ascii="Times New Roman" w:hAnsi="Times New Roman" w:cs="Times New Roman"/>
        </w:rPr>
        <w:t>Komisja</w:t>
      </w:r>
      <w:proofErr w:type="spellEnd"/>
      <w:r w:rsidRPr="00167355">
        <w:rPr>
          <w:rFonts w:ascii="Times New Roman" w:hAnsi="Times New Roman" w:cs="Times New Roman"/>
        </w:rPr>
        <w:t xml:space="preserve"> </w:t>
      </w:r>
      <w:proofErr w:type="spellStart"/>
      <w:r w:rsidRPr="00167355">
        <w:rPr>
          <w:rFonts w:ascii="Times New Roman" w:hAnsi="Times New Roman" w:cs="Times New Roman"/>
        </w:rPr>
        <w:t>Konkursowa</w:t>
      </w:r>
      <w:proofErr w:type="spellEnd"/>
      <w:r w:rsidRPr="00167355">
        <w:rPr>
          <w:rFonts w:ascii="Times New Roman" w:hAnsi="Times New Roman" w:cs="Times New Roman"/>
        </w:rPr>
        <w:t xml:space="preserve"> </w:t>
      </w:r>
      <w:proofErr w:type="spellStart"/>
      <w:r w:rsidRPr="00167355">
        <w:rPr>
          <w:rFonts w:ascii="Times New Roman" w:hAnsi="Times New Roman" w:cs="Times New Roman"/>
        </w:rPr>
        <w:t>opiniuje</w:t>
      </w:r>
      <w:proofErr w:type="spellEnd"/>
      <w:r w:rsidRPr="00167355">
        <w:rPr>
          <w:rFonts w:ascii="Times New Roman" w:hAnsi="Times New Roman" w:cs="Times New Roman"/>
        </w:rPr>
        <w:t xml:space="preserve"> </w:t>
      </w:r>
      <w:proofErr w:type="spellStart"/>
      <w:r w:rsidRPr="00167355">
        <w:rPr>
          <w:rFonts w:ascii="Times New Roman" w:hAnsi="Times New Roman" w:cs="Times New Roman"/>
        </w:rPr>
        <w:t>ofertę</w:t>
      </w:r>
      <w:proofErr w:type="spellEnd"/>
      <w:r w:rsidRPr="00167355">
        <w:rPr>
          <w:rFonts w:ascii="Times New Roman" w:hAnsi="Times New Roman" w:cs="Times New Roman"/>
        </w:rPr>
        <w:t xml:space="preserve">: </w:t>
      </w:r>
      <w:r w:rsidRPr="00167355">
        <w:rPr>
          <w:rFonts w:ascii="Times New Roman" w:cs="Times New Roman"/>
        </w:rPr>
        <w:t>☐</w:t>
      </w:r>
      <w:r w:rsidRPr="00167355">
        <w:rPr>
          <w:rFonts w:ascii="Times New Roman" w:hAnsi="Times New Roman" w:cs="Times New Roman"/>
        </w:rPr>
        <w:t xml:space="preserve"> Pozytywnie    </w:t>
      </w:r>
      <w:r w:rsidRPr="00167355">
        <w:rPr>
          <w:rFonts w:ascii="Times New Roman" w:cs="Times New Roman"/>
        </w:rPr>
        <w:t>☐</w:t>
      </w:r>
      <w:r w:rsidRPr="00167355">
        <w:rPr>
          <w:rFonts w:ascii="Times New Roman" w:hAnsi="Times New Roman" w:cs="Times New Roman"/>
        </w:rPr>
        <w:t xml:space="preserve"> Negatywnie</w:t>
      </w:r>
    </w:p>
    <w:p w:rsidR="00011CBE" w:rsidRPr="00167355" w:rsidRDefault="00A84E0E" w:rsidP="008341D9">
      <w:pPr>
        <w:pStyle w:val="Nagwek2"/>
        <w:spacing w:before="0"/>
        <w:rPr>
          <w:rFonts w:ascii="Times New Roman" w:hAnsi="Times New Roman" w:cs="Times New Roman"/>
          <w:color w:val="auto"/>
          <w:sz w:val="22"/>
          <w:szCs w:val="22"/>
        </w:rPr>
      </w:pPr>
      <w:r w:rsidRPr="00167355">
        <w:rPr>
          <w:rFonts w:ascii="Times New Roman" w:hAnsi="Times New Roman" w:cs="Times New Roman"/>
          <w:color w:val="auto"/>
          <w:sz w:val="22"/>
          <w:szCs w:val="22"/>
        </w:rPr>
        <w:t>Uwagi końcowe Komisji Konkursowej:</w:t>
      </w:r>
    </w:p>
    <w:p w:rsidR="00011CBE" w:rsidRPr="00167355" w:rsidRDefault="00A84E0E">
      <w:pPr>
        <w:rPr>
          <w:rFonts w:ascii="Times New Roman" w:hAnsi="Times New Roman" w:cs="Times New Roman"/>
        </w:rPr>
      </w:pPr>
      <w:r w:rsidRPr="00167355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</w:t>
      </w:r>
      <w:r w:rsidR="008341D9">
        <w:rPr>
          <w:rFonts w:ascii="Times New Roman" w:hAnsi="Times New Roman" w:cs="Times New Roman"/>
        </w:rPr>
        <w:t>...........................</w:t>
      </w:r>
    </w:p>
    <w:p w:rsidR="00011CBE" w:rsidRPr="00167355" w:rsidRDefault="00A84E0E">
      <w:pPr>
        <w:rPr>
          <w:rFonts w:ascii="Times New Roman" w:hAnsi="Times New Roman" w:cs="Times New Roman"/>
        </w:rPr>
      </w:pPr>
      <w:r w:rsidRPr="00167355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</w:t>
      </w:r>
      <w:r w:rsidR="008341D9">
        <w:rPr>
          <w:rFonts w:ascii="Times New Roman" w:hAnsi="Times New Roman" w:cs="Times New Roman"/>
        </w:rPr>
        <w:t>...........................</w:t>
      </w:r>
    </w:p>
    <w:p w:rsidR="00011CBE" w:rsidRPr="00167355" w:rsidRDefault="00A84E0E">
      <w:pPr>
        <w:rPr>
          <w:rFonts w:ascii="Times New Roman" w:hAnsi="Times New Roman" w:cs="Times New Roman"/>
        </w:rPr>
      </w:pPr>
      <w:r w:rsidRPr="00167355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</w:t>
      </w:r>
      <w:r w:rsidR="008341D9">
        <w:rPr>
          <w:rFonts w:ascii="Times New Roman" w:hAnsi="Times New Roman" w:cs="Times New Roman"/>
        </w:rPr>
        <w:t>...........................</w:t>
      </w:r>
      <w:r w:rsidRPr="00167355">
        <w:rPr>
          <w:rFonts w:ascii="Times New Roman" w:hAnsi="Times New Roman" w:cs="Times New Roman"/>
        </w:rPr>
        <w:t>..</w:t>
      </w:r>
    </w:p>
    <w:p w:rsidR="008341D9" w:rsidRPr="00847D9D" w:rsidRDefault="008341D9" w:rsidP="008341D9">
      <w:pPr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t>OFERTA NR 2</w:t>
      </w:r>
    </w:p>
    <w:p w:rsidR="008341D9" w:rsidRPr="00167355" w:rsidRDefault="008341D9" w:rsidP="008341D9">
      <w:pPr>
        <w:rPr>
          <w:rFonts w:ascii="Times New Roman" w:hAnsi="Times New Roman" w:cs="Times New Roman"/>
        </w:rPr>
      </w:pPr>
      <w:proofErr w:type="spellStart"/>
      <w:r w:rsidRPr="00167355">
        <w:rPr>
          <w:rFonts w:ascii="Times New Roman" w:hAnsi="Times New Roman" w:cs="Times New Roman"/>
        </w:rPr>
        <w:t>Nazwa</w:t>
      </w:r>
      <w:proofErr w:type="spellEnd"/>
      <w:r w:rsidRPr="00167355">
        <w:rPr>
          <w:rFonts w:ascii="Times New Roman" w:hAnsi="Times New Roman" w:cs="Times New Roman"/>
        </w:rPr>
        <w:t xml:space="preserve"> </w:t>
      </w:r>
      <w:proofErr w:type="spellStart"/>
      <w:r w:rsidRPr="00167355">
        <w:rPr>
          <w:rFonts w:ascii="Times New Roman" w:hAnsi="Times New Roman" w:cs="Times New Roman"/>
        </w:rPr>
        <w:t>oferenta</w:t>
      </w:r>
      <w:proofErr w:type="spellEnd"/>
      <w:r w:rsidRPr="00167355">
        <w:rPr>
          <w:rFonts w:ascii="Times New Roman" w:hAnsi="Times New Roman" w:cs="Times New Roman"/>
        </w:rPr>
        <w:t>: .................................................</w:t>
      </w:r>
      <w:r>
        <w:rPr>
          <w:rFonts w:ascii="Times New Roman" w:hAnsi="Times New Roman" w:cs="Times New Roman"/>
        </w:rPr>
        <w:t>.............................................</w:t>
      </w:r>
      <w:r w:rsidRPr="00167355">
        <w:rPr>
          <w:rFonts w:ascii="Times New Roman" w:hAnsi="Times New Roman" w:cs="Times New Roman"/>
        </w:rPr>
        <w:t>...............................</w:t>
      </w:r>
    </w:p>
    <w:p w:rsidR="008341D9" w:rsidRPr="00167355" w:rsidRDefault="008341D9" w:rsidP="008341D9">
      <w:pPr>
        <w:rPr>
          <w:rFonts w:ascii="Times New Roman" w:hAnsi="Times New Roman" w:cs="Times New Roman"/>
        </w:rPr>
      </w:pPr>
      <w:proofErr w:type="spellStart"/>
      <w:r w:rsidRPr="00167355">
        <w:rPr>
          <w:rFonts w:ascii="Times New Roman" w:hAnsi="Times New Roman" w:cs="Times New Roman"/>
        </w:rPr>
        <w:t>Numer</w:t>
      </w:r>
      <w:proofErr w:type="spellEnd"/>
      <w:r w:rsidRPr="00167355">
        <w:rPr>
          <w:rFonts w:ascii="Times New Roman" w:hAnsi="Times New Roman" w:cs="Times New Roman"/>
        </w:rPr>
        <w:t xml:space="preserve"> </w:t>
      </w:r>
      <w:proofErr w:type="spellStart"/>
      <w:r w:rsidRPr="00167355">
        <w:rPr>
          <w:rFonts w:ascii="Times New Roman" w:hAnsi="Times New Roman" w:cs="Times New Roman"/>
        </w:rPr>
        <w:t>oferty</w:t>
      </w:r>
      <w:proofErr w:type="spellEnd"/>
      <w:r w:rsidRPr="00167355">
        <w:rPr>
          <w:rFonts w:ascii="Times New Roman" w:hAnsi="Times New Roman" w:cs="Times New Roman"/>
        </w:rPr>
        <w:t>: ....................................................................................</w:t>
      </w:r>
    </w:p>
    <w:p w:rsidR="008341D9" w:rsidRPr="00167355" w:rsidRDefault="008341D9" w:rsidP="008341D9">
      <w:pPr>
        <w:rPr>
          <w:rFonts w:ascii="Times New Roman" w:hAnsi="Times New Roman" w:cs="Times New Roman"/>
        </w:rPr>
      </w:pPr>
      <w:r w:rsidRPr="00167355">
        <w:rPr>
          <w:rFonts w:ascii="Times New Roman" w:hAnsi="Times New Roman" w:cs="Times New Roman"/>
        </w:rPr>
        <w:lastRenderedPageBreak/>
        <w:t xml:space="preserve">Data </w:t>
      </w:r>
      <w:proofErr w:type="spellStart"/>
      <w:r w:rsidRPr="00167355">
        <w:rPr>
          <w:rFonts w:ascii="Times New Roman" w:hAnsi="Times New Roman" w:cs="Times New Roman"/>
        </w:rPr>
        <w:t>wpływu</w:t>
      </w:r>
      <w:proofErr w:type="spellEnd"/>
      <w:r w:rsidRPr="00167355">
        <w:rPr>
          <w:rFonts w:ascii="Times New Roman" w:hAnsi="Times New Roman" w:cs="Times New Roman"/>
        </w:rPr>
        <w:t xml:space="preserve"> </w:t>
      </w:r>
      <w:proofErr w:type="spellStart"/>
      <w:r w:rsidRPr="00167355">
        <w:rPr>
          <w:rFonts w:ascii="Times New Roman" w:hAnsi="Times New Roman" w:cs="Times New Roman"/>
        </w:rPr>
        <w:t>oferty</w:t>
      </w:r>
      <w:proofErr w:type="spellEnd"/>
      <w:r w:rsidRPr="00167355">
        <w:rPr>
          <w:rFonts w:ascii="Times New Roman" w:hAnsi="Times New Roman" w:cs="Times New Roman"/>
        </w:rPr>
        <w:t>: ..............</w:t>
      </w:r>
      <w:r>
        <w:rPr>
          <w:rFonts w:ascii="Times New Roman" w:hAnsi="Times New Roman" w:cs="Times New Roman"/>
        </w:rPr>
        <w:t>....................................</w:t>
      </w:r>
      <w:r w:rsidRPr="00167355">
        <w:rPr>
          <w:rFonts w:ascii="Times New Roman" w:hAnsi="Times New Roman" w:cs="Times New Roman"/>
        </w:rPr>
        <w:t xml:space="preserve">....... </w:t>
      </w:r>
      <w:proofErr w:type="spellStart"/>
      <w:r w:rsidRPr="00167355">
        <w:rPr>
          <w:rFonts w:ascii="Times New Roman" w:hAnsi="Times New Roman" w:cs="Times New Roman"/>
        </w:rPr>
        <w:t>godzina</w:t>
      </w:r>
      <w:proofErr w:type="spellEnd"/>
      <w:r w:rsidRPr="00167355">
        <w:rPr>
          <w:rFonts w:ascii="Times New Roman" w:hAnsi="Times New Roman" w:cs="Times New Roman"/>
        </w:rPr>
        <w:t xml:space="preserve"> .........................</w:t>
      </w:r>
    </w:p>
    <w:p w:rsidR="008341D9" w:rsidRPr="008E525D" w:rsidRDefault="008341D9" w:rsidP="008E525D">
      <w:pPr>
        <w:rPr>
          <w:rFonts w:ascii="Times New Roman" w:hAnsi="Times New Roman" w:cs="Times New Roman"/>
          <w:b/>
        </w:rPr>
      </w:pPr>
      <w:proofErr w:type="spellStart"/>
      <w:r w:rsidRPr="008E525D">
        <w:rPr>
          <w:rFonts w:ascii="Times New Roman" w:hAnsi="Times New Roman" w:cs="Times New Roman"/>
          <w:b/>
        </w:rPr>
        <w:t>Ocena</w:t>
      </w:r>
      <w:proofErr w:type="spellEnd"/>
      <w:r w:rsidRPr="008E525D">
        <w:rPr>
          <w:rFonts w:ascii="Times New Roman" w:hAnsi="Times New Roman" w:cs="Times New Roman"/>
          <w:b/>
        </w:rPr>
        <w:t xml:space="preserve"> </w:t>
      </w:r>
      <w:proofErr w:type="spellStart"/>
      <w:r w:rsidRPr="008E525D">
        <w:rPr>
          <w:rFonts w:ascii="Times New Roman" w:hAnsi="Times New Roman" w:cs="Times New Roman"/>
          <w:b/>
        </w:rPr>
        <w:t>formalna</w:t>
      </w:r>
      <w:proofErr w:type="spellEnd"/>
      <w:r w:rsidRPr="008E525D">
        <w:rPr>
          <w:rFonts w:ascii="Times New Roman" w:hAnsi="Times New Roman" w:cs="Times New Roman"/>
          <w:b/>
        </w:rPr>
        <w:t xml:space="preserve"> </w:t>
      </w:r>
      <w:proofErr w:type="spellStart"/>
      <w:r w:rsidRPr="008E525D">
        <w:rPr>
          <w:rFonts w:ascii="Times New Roman" w:hAnsi="Times New Roman" w:cs="Times New Roman"/>
          <w:b/>
        </w:rPr>
        <w:t>oferty</w:t>
      </w:r>
      <w:proofErr w:type="spellEnd"/>
    </w:p>
    <w:p w:rsidR="008341D9" w:rsidRPr="008E525D" w:rsidRDefault="008341D9" w:rsidP="008E525D">
      <w:pPr>
        <w:pStyle w:val="Akapitzlist"/>
        <w:numPr>
          <w:ilvl w:val="0"/>
          <w:numId w:val="12"/>
        </w:numPr>
        <w:rPr>
          <w:rFonts w:ascii="Times New Roman" w:hAnsi="Times New Roman" w:cs="Times New Roman"/>
        </w:rPr>
      </w:pPr>
      <w:proofErr w:type="spellStart"/>
      <w:r w:rsidRPr="008E525D">
        <w:rPr>
          <w:rFonts w:ascii="Times New Roman" w:hAnsi="Times New Roman" w:cs="Times New Roman"/>
        </w:rPr>
        <w:t>Liczba</w:t>
      </w:r>
      <w:proofErr w:type="spellEnd"/>
      <w:r w:rsidRPr="008E525D">
        <w:rPr>
          <w:rFonts w:ascii="Times New Roman" w:hAnsi="Times New Roman" w:cs="Times New Roman"/>
        </w:rPr>
        <w:t xml:space="preserve"> </w:t>
      </w:r>
      <w:proofErr w:type="spellStart"/>
      <w:r w:rsidRPr="008E525D">
        <w:rPr>
          <w:rFonts w:ascii="Times New Roman" w:hAnsi="Times New Roman" w:cs="Times New Roman"/>
        </w:rPr>
        <w:t>kryteriów</w:t>
      </w:r>
      <w:proofErr w:type="spellEnd"/>
      <w:r w:rsidRPr="008E525D">
        <w:rPr>
          <w:rFonts w:ascii="Times New Roman" w:hAnsi="Times New Roman" w:cs="Times New Roman"/>
        </w:rPr>
        <w:t xml:space="preserve"> </w:t>
      </w:r>
      <w:proofErr w:type="spellStart"/>
      <w:r w:rsidRPr="008E525D">
        <w:rPr>
          <w:rFonts w:ascii="Times New Roman" w:hAnsi="Times New Roman" w:cs="Times New Roman"/>
        </w:rPr>
        <w:t>spełnionych</w:t>
      </w:r>
      <w:proofErr w:type="spellEnd"/>
      <w:r w:rsidRPr="008E525D">
        <w:rPr>
          <w:rFonts w:ascii="Times New Roman" w:hAnsi="Times New Roman" w:cs="Times New Roman"/>
        </w:rPr>
        <w:t>: ...................</w:t>
      </w:r>
    </w:p>
    <w:p w:rsidR="008341D9" w:rsidRPr="008E525D" w:rsidRDefault="008341D9" w:rsidP="008E525D">
      <w:pPr>
        <w:pStyle w:val="Akapitzlist"/>
        <w:numPr>
          <w:ilvl w:val="0"/>
          <w:numId w:val="12"/>
        </w:numPr>
        <w:rPr>
          <w:rFonts w:ascii="Times New Roman" w:hAnsi="Times New Roman" w:cs="Times New Roman"/>
        </w:rPr>
      </w:pPr>
      <w:proofErr w:type="spellStart"/>
      <w:r w:rsidRPr="008E525D">
        <w:rPr>
          <w:rFonts w:ascii="Times New Roman" w:hAnsi="Times New Roman" w:cs="Times New Roman"/>
        </w:rPr>
        <w:t>Liczba</w:t>
      </w:r>
      <w:proofErr w:type="spellEnd"/>
      <w:r w:rsidRPr="008E525D">
        <w:rPr>
          <w:rFonts w:ascii="Times New Roman" w:hAnsi="Times New Roman" w:cs="Times New Roman"/>
        </w:rPr>
        <w:t xml:space="preserve"> </w:t>
      </w:r>
      <w:proofErr w:type="spellStart"/>
      <w:r w:rsidRPr="008E525D">
        <w:rPr>
          <w:rFonts w:ascii="Times New Roman" w:hAnsi="Times New Roman" w:cs="Times New Roman"/>
        </w:rPr>
        <w:t>kryteriów</w:t>
      </w:r>
      <w:proofErr w:type="spellEnd"/>
      <w:r w:rsidRPr="008E525D">
        <w:rPr>
          <w:rFonts w:ascii="Times New Roman" w:hAnsi="Times New Roman" w:cs="Times New Roman"/>
        </w:rPr>
        <w:t xml:space="preserve"> </w:t>
      </w:r>
      <w:proofErr w:type="spellStart"/>
      <w:r w:rsidRPr="008E525D">
        <w:rPr>
          <w:rFonts w:ascii="Times New Roman" w:hAnsi="Times New Roman" w:cs="Times New Roman"/>
        </w:rPr>
        <w:t>niespełnionych</w:t>
      </w:r>
      <w:proofErr w:type="spellEnd"/>
      <w:r w:rsidRPr="008E525D">
        <w:rPr>
          <w:rFonts w:ascii="Times New Roman" w:hAnsi="Times New Roman" w:cs="Times New Roman"/>
        </w:rPr>
        <w:t>: .................</w:t>
      </w:r>
    </w:p>
    <w:p w:rsidR="008341D9" w:rsidRPr="00167355" w:rsidRDefault="008341D9" w:rsidP="008341D9">
      <w:pPr>
        <w:rPr>
          <w:rFonts w:ascii="Times New Roman" w:hAnsi="Times New Roman" w:cs="Times New Roman"/>
        </w:rPr>
      </w:pPr>
      <w:proofErr w:type="spellStart"/>
      <w:r w:rsidRPr="00167355">
        <w:rPr>
          <w:rFonts w:ascii="Times New Roman" w:hAnsi="Times New Roman" w:cs="Times New Roman"/>
        </w:rPr>
        <w:t>Komisja</w:t>
      </w:r>
      <w:proofErr w:type="spellEnd"/>
      <w:r w:rsidRPr="00167355">
        <w:rPr>
          <w:rFonts w:ascii="Times New Roman" w:hAnsi="Times New Roman" w:cs="Times New Roman"/>
        </w:rPr>
        <w:t xml:space="preserve"> </w:t>
      </w:r>
      <w:proofErr w:type="spellStart"/>
      <w:r w:rsidRPr="00167355">
        <w:rPr>
          <w:rFonts w:ascii="Times New Roman" w:hAnsi="Times New Roman" w:cs="Times New Roman"/>
        </w:rPr>
        <w:t>Konkursowa</w:t>
      </w:r>
      <w:proofErr w:type="spellEnd"/>
      <w:r w:rsidRPr="00167355">
        <w:rPr>
          <w:rFonts w:ascii="Times New Roman" w:hAnsi="Times New Roman" w:cs="Times New Roman"/>
        </w:rPr>
        <w:t xml:space="preserve"> </w:t>
      </w:r>
      <w:proofErr w:type="spellStart"/>
      <w:r w:rsidRPr="00167355">
        <w:rPr>
          <w:rFonts w:ascii="Times New Roman" w:hAnsi="Times New Roman" w:cs="Times New Roman"/>
        </w:rPr>
        <w:t>opiniuje</w:t>
      </w:r>
      <w:proofErr w:type="spellEnd"/>
      <w:r w:rsidRPr="00167355">
        <w:rPr>
          <w:rFonts w:ascii="Times New Roman" w:hAnsi="Times New Roman" w:cs="Times New Roman"/>
        </w:rPr>
        <w:t xml:space="preserve"> </w:t>
      </w:r>
      <w:proofErr w:type="spellStart"/>
      <w:r w:rsidRPr="00167355">
        <w:rPr>
          <w:rFonts w:ascii="Times New Roman" w:hAnsi="Times New Roman" w:cs="Times New Roman"/>
        </w:rPr>
        <w:t>ofertę</w:t>
      </w:r>
      <w:proofErr w:type="spellEnd"/>
      <w:r w:rsidRPr="00167355">
        <w:rPr>
          <w:rFonts w:ascii="Times New Roman" w:hAnsi="Times New Roman" w:cs="Times New Roman"/>
        </w:rPr>
        <w:t xml:space="preserve">: </w:t>
      </w:r>
      <w:r w:rsidRPr="00167355">
        <w:rPr>
          <w:rFonts w:ascii="Times New Roman" w:cs="Times New Roman"/>
        </w:rPr>
        <w:t>☐</w:t>
      </w:r>
      <w:r w:rsidRPr="00167355">
        <w:rPr>
          <w:rFonts w:ascii="Times New Roman" w:hAnsi="Times New Roman" w:cs="Times New Roman"/>
        </w:rPr>
        <w:t xml:space="preserve"> </w:t>
      </w:r>
      <w:proofErr w:type="spellStart"/>
      <w:r w:rsidRPr="00167355">
        <w:rPr>
          <w:rFonts w:ascii="Times New Roman" w:hAnsi="Times New Roman" w:cs="Times New Roman"/>
        </w:rPr>
        <w:t>Pozytywnie</w:t>
      </w:r>
      <w:proofErr w:type="spellEnd"/>
      <w:r w:rsidRPr="00167355">
        <w:rPr>
          <w:rFonts w:ascii="Times New Roman" w:hAnsi="Times New Roman" w:cs="Times New Roman"/>
        </w:rPr>
        <w:t xml:space="preserve">    </w:t>
      </w:r>
      <w:r w:rsidRPr="00167355">
        <w:rPr>
          <w:rFonts w:ascii="Times New Roman" w:cs="Times New Roman"/>
        </w:rPr>
        <w:t>☐</w:t>
      </w:r>
      <w:r w:rsidRPr="00167355">
        <w:rPr>
          <w:rFonts w:ascii="Times New Roman" w:hAnsi="Times New Roman" w:cs="Times New Roman"/>
        </w:rPr>
        <w:t xml:space="preserve"> </w:t>
      </w:r>
      <w:proofErr w:type="spellStart"/>
      <w:r w:rsidRPr="00167355">
        <w:rPr>
          <w:rFonts w:ascii="Times New Roman" w:hAnsi="Times New Roman" w:cs="Times New Roman"/>
        </w:rPr>
        <w:t>Negatywnie</w:t>
      </w:r>
      <w:proofErr w:type="spellEnd"/>
    </w:p>
    <w:p w:rsidR="008341D9" w:rsidRPr="00167355" w:rsidRDefault="008341D9" w:rsidP="008341D9">
      <w:pPr>
        <w:pStyle w:val="Nagwek2"/>
        <w:spacing w:before="0"/>
        <w:rPr>
          <w:rFonts w:ascii="Times New Roman" w:hAnsi="Times New Roman" w:cs="Times New Roman"/>
          <w:color w:val="auto"/>
          <w:sz w:val="22"/>
          <w:szCs w:val="22"/>
        </w:rPr>
      </w:pPr>
      <w:proofErr w:type="spellStart"/>
      <w:r w:rsidRPr="00167355">
        <w:rPr>
          <w:rFonts w:ascii="Times New Roman" w:hAnsi="Times New Roman" w:cs="Times New Roman"/>
          <w:color w:val="auto"/>
          <w:sz w:val="22"/>
          <w:szCs w:val="22"/>
        </w:rPr>
        <w:t>Uwagi</w:t>
      </w:r>
      <w:proofErr w:type="spellEnd"/>
      <w:r w:rsidRPr="00167355">
        <w:rPr>
          <w:rFonts w:ascii="Times New Roman" w:hAnsi="Times New Roman" w:cs="Times New Roman"/>
          <w:color w:val="auto"/>
          <w:sz w:val="22"/>
          <w:szCs w:val="22"/>
        </w:rPr>
        <w:t xml:space="preserve"> </w:t>
      </w:r>
      <w:proofErr w:type="spellStart"/>
      <w:r w:rsidRPr="00167355">
        <w:rPr>
          <w:rFonts w:ascii="Times New Roman" w:hAnsi="Times New Roman" w:cs="Times New Roman"/>
          <w:color w:val="auto"/>
          <w:sz w:val="22"/>
          <w:szCs w:val="22"/>
        </w:rPr>
        <w:t>końcowe</w:t>
      </w:r>
      <w:proofErr w:type="spellEnd"/>
      <w:r w:rsidRPr="00167355">
        <w:rPr>
          <w:rFonts w:ascii="Times New Roman" w:hAnsi="Times New Roman" w:cs="Times New Roman"/>
          <w:color w:val="auto"/>
          <w:sz w:val="22"/>
          <w:szCs w:val="22"/>
        </w:rPr>
        <w:t xml:space="preserve"> </w:t>
      </w:r>
      <w:proofErr w:type="spellStart"/>
      <w:r w:rsidRPr="00167355">
        <w:rPr>
          <w:rFonts w:ascii="Times New Roman" w:hAnsi="Times New Roman" w:cs="Times New Roman"/>
          <w:color w:val="auto"/>
          <w:sz w:val="22"/>
          <w:szCs w:val="22"/>
        </w:rPr>
        <w:t>Komisji</w:t>
      </w:r>
      <w:proofErr w:type="spellEnd"/>
      <w:r w:rsidRPr="00167355">
        <w:rPr>
          <w:rFonts w:ascii="Times New Roman" w:hAnsi="Times New Roman" w:cs="Times New Roman"/>
          <w:color w:val="auto"/>
          <w:sz w:val="22"/>
          <w:szCs w:val="22"/>
        </w:rPr>
        <w:t xml:space="preserve"> </w:t>
      </w:r>
      <w:proofErr w:type="spellStart"/>
      <w:r w:rsidRPr="00167355">
        <w:rPr>
          <w:rFonts w:ascii="Times New Roman" w:hAnsi="Times New Roman" w:cs="Times New Roman"/>
          <w:color w:val="auto"/>
          <w:sz w:val="22"/>
          <w:szCs w:val="22"/>
        </w:rPr>
        <w:t>Konkursowej</w:t>
      </w:r>
      <w:proofErr w:type="spellEnd"/>
      <w:r w:rsidRPr="00167355">
        <w:rPr>
          <w:rFonts w:ascii="Times New Roman" w:hAnsi="Times New Roman" w:cs="Times New Roman"/>
          <w:color w:val="auto"/>
          <w:sz w:val="22"/>
          <w:szCs w:val="22"/>
        </w:rPr>
        <w:t>:</w:t>
      </w:r>
    </w:p>
    <w:p w:rsidR="008341D9" w:rsidRPr="00167355" w:rsidRDefault="008341D9" w:rsidP="008341D9">
      <w:pPr>
        <w:rPr>
          <w:rFonts w:ascii="Times New Roman" w:hAnsi="Times New Roman" w:cs="Times New Roman"/>
        </w:rPr>
      </w:pPr>
      <w:r w:rsidRPr="00167355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</w:t>
      </w:r>
      <w:r>
        <w:rPr>
          <w:rFonts w:ascii="Times New Roman" w:hAnsi="Times New Roman" w:cs="Times New Roman"/>
        </w:rPr>
        <w:t>...........................</w:t>
      </w:r>
    </w:p>
    <w:p w:rsidR="008341D9" w:rsidRPr="00167355" w:rsidRDefault="008341D9" w:rsidP="008341D9">
      <w:pPr>
        <w:rPr>
          <w:rFonts w:ascii="Times New Roman" w:hAnsi="Times New Roman" w:cs="Times New Roman"/>
        </w:rPr>
      </w:pPr>
      <w:r w:rsidRPr="00167355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</w:t>
      </w:r>
      <w:r>
        <w:rPr>
          <w:rFonts w:ascii="Times New Roman" w:hAnsi="Times New Roman" w:cs="Times New Roman"/>
        </w:rPr>
        <w:t>...........................</w:t>
      </w:r>
    </w:p>
    <w:p w:rsidR="008341D9" w:rsidRPr="00167355" w:rsidRDefault="008341D9" w:rsidP="008341D9">
      <w:pPr>
        <w:rPr>
          <w:rFonts w:ascii="Times New Roman" w:hAnsi="Times New Roman" w:cs="Times New Roman"/>
        </w:rPr>
      </w:pPr>
      <w:r w:rsidRPr="00167355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</w:t>
      </w:r>
      <w:r>
        <w:rPr>
          <w:rFonts w:ascii="Times New Roman" w:hAnsi="Times New Roman" w:cs="Times New Roman"/>
        </w:rPr>
        <w:t>...........................</w:t>
      </w:r>
      <w:r w:rsidRPr="00167355">
        <w:rPr>
          <w:rFonts w:ascii="Times New Roman" w:hAnsi="Times New Roman" w:cs="Times New Roman"/>
        </w:rPr>
        <w:t>..</w:t>
      </w:r>
      <w:bookmarkStart w:id="0" w:name="_GoBack"/>
      <w:bookmarkEnd w:id="0"/>
    </w:p>
    <w:p w:rsidR="008341D9" w:rsidRPr="00847D9D" w:rsidRDefault="008341D9" w:rsidP="008341D9">
      <w:pPr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t>OFERTA NR 3</w:t>
      </w:r>
    </w:p>
    <w:p w:rsidR="008341D9" w:rsidRPr="00167355" w:rsidRDefault="008341D9" w:rsidP="008341D9">
      <w:pPr>
        <w:rPr>
          <w:rFonts w:ascii="Times New Roman" w:hAnsi="Times New Roman" w:cs="Times New Roman"/>
        </w:rPr>
      </w:pPr>
      <w:proofErr w:type="spellStart"/>
      <w:r w:rsidRPr="00167355">
        <w:rPr>
          <w:rFonts w:ascii="Times New Roman" w:hAnsi="Times New Roman" w:cs="Times New Roman"/>
        </w:rPr>
        <w:t>Nazwa</w:t>
      </w:r>
      <w:proofErr w:type="spellEnd"/>
      <w:r w:rsidRPr="00167355">
        <w:rPr>
          <w:rFonts w:ascii="Times New Roman" w:hAnsi="Times New Roman" w:cs="Times New Roman"/>
        </w:rPr>
        <w:t xml:space="preserve"> </w:t>
      </w:r>
      <w:proofErr w:type="spellStart"/>
      <w:r w:rsidRPr="00167355">
        <w:rPr>
          <w:rFonts w:ascii="Times New Roman" w:hAnsi="Times New Roman" w:cs="Times New Roman"/>
        </w:rPr>
        <w:t>oferenta</w:t>
      </w:r>
      <w:proofErr w:type="spellEnd"/>
      <w:r w:rsidRPr="00167355">
        <w:rPr>
          <w:rFonts w:ascii="Times New Roman" w:hAnsi="Times New Roman" w:cs="Times New Roman"/>
        </w:rPr>
        <w:t>: .................................................</w:t>
      </w:r>
      <w:r>
        <w:rPr>
          <w:rFonts w:ascii="Times New Roman" w:hAnsi="Times New Roman" w:cs="Times New Roman"/>
        </w:rPr>
        <w:t>.............................................</w:t>
      </w:r>
      <w:r w:rsidRPr="00167355">
        <w:rPr>
          <w:rFonts w:ascii="Times New Roman" w:hAnsi="Times New Roman" w:cs="Times New Roman"/>
        </w:rPr>
        <w:t>...............................</w:t>
      </w:r>
    </w:p>
    <w:p w:rsidR="008341D9" w:rsidRPr="00167355" w:rsidRDefault="008341D9" w:rsidP="008341D9">
      <w:pPr>
        <w:rPr>
          <w:rFonts w:ascii="Times New Roman" w:hAnsi="Times New Roman" w:cs="Times New Roman"/>
        </w:rPr>
      </w:pPr>
      <w:proofErr w:type="spellStart"/>
      <w:r w:rsidRPr="00167355">
        <w:rPr>
          <w:rFonts w:ascii="Times New Roman" w:hAnsi="Times New Roman" w:cs="Times New Roman"/>
        </w:rPr>
        <w:t>Numer</w:t>
      </w:r>
      <w:proofErr w:type="spellEnd"/>
      <w:r w:rsidRPr="00167355">
        <w:rPr>
          <w:rFonts w:ascii="Times New Roman" w:hAnsi="Times New Roman" w:cs="Times New Roman"/>
        </w:rPr>
        <w:t xml:space="preserve"> </w:t>
      </w:r>
      <w:proofErr w:type="spellStart"/>
      <w:r w:rsidRPr="00167355">
        <w:rPr>
          <w:rFonts w:ascii="Times New Roman" w:hAnsi="Times New Roman" w:cs="Times New Roman"/>
        </w:rPr>
        <w:t>oferty</w:t>
      </w:r>
      <w:proofErr w:type="spellEnd"/>
      <w:r w:rsidRPr="00167355">
        <w:rPr>
          <w:rFonts w:ascii="Times New Roman" w:hAnsi="Times New Roman" w:cs="Times New Roman"/>
        </w:rPr>
        <w:t>: ....................................................................................</w:t>
      </w:r>
    </w:p>
    <w:p w:rsidR="008341D9" w:rsidRPr="00167355" w:rsidRDefault="008341D9" w:rsidP="008341D9">
      <w:pPr>
        <w:rPr>
          <w:rFonts w:ascii="Times New Roman" w:hAnsi="Times New Roman" w:cs="Times New Roman"/>
        </w:rPr>
      </w:pPr>
      <w:r w:rsidRPr="00167355">
        <w:rPr>
          <w:rFonts w:ascii="Times New Roman" w:hAnsi="Times New Roman" w:cs="Times New Roman"/>
        </w:rPr>
        <w:t xml:space="preserve">Data </w:t>
      </w:r>
      <w:proofErr w:type="spellStart"/>
      <w:r w:rsidRPr="00167355">
        <w:rPr>
          <w:rFonts w:ascii="Times New Roman" w:hAnsi="Times New Roman" w:cs="Times New Roman"/>
        </w:rPr>
        <w:t>wpływu</w:t>
      </w:r>
      <w:proofErr w:type="spellEnd"/>
      <w:r w:rsidRPr="00167355">
        <w:rPr>
          <w:rFonts w:ascii="Times New Roman" w:hAnsi="Times New Roman" w:cs="Times New Roman"/>
        </w:rPr>
        <w:t xml:space="preserve"> </w:t>
      </w:r>
      <w:proofErr w:type="spellStart"/>
      <w:r w:rsidRPr="00167355">
        <w:rPr>
          <w:rFonts w:ascii="Times New Roman" w:hAnsi="Times New Roman" w:cs="Times New Roman"/>
        </w:rPr>
        <w:t>oferty</w:t>
      </w:r>
      <w:proofErr w:type="spellEnd"/>
      <w:r w:rsidRPr="00167355">
        <w:rPr>
          <w:rFonts w:ascii="Times New Roman" w:hAnsi="Times New Roman" w:cs="Times New Roman"/>
        </w:rPr>
        <w:t>: ..............</w:t>
      </w:r>
      <w:r>
        <w:rPr>
          <w:rFonts w:ascii="Times New Roman" w:hAnsi="Times New Roman" w:cs="Times New Roman"/>
        </w:rPr>
        <w:t>....................................</w:t>
      </w:r>
      <w:r w:rsidRPr="00167355">
        <w:rPr>
          <w:rFonts w:ascii="Times New Roman" w:hAnsi="Times New Roman" w:cs="Times New Roman"/>
        </w:rPr>
        <w:t xml:space="preserve">....... </w:t>
      </w:r>
      <w:proofErr w:type="spellStart"/>
      <w:r w:rsidRPr="00167355">
        <w:rPr>
          <w:rFonts w:ascii="Times New Roman" w:hAnsi="Times New Roman" w:cs="Times New Roman"/>
        </w:rPr>
        <w:t>godzina</w:t>
      </w:r>
      <w:proofErr w:type="spellEnd"/>
      <w:r w:rsidRPr="00167355">
        <w:rPr>
          <w:rFonts w:ascii="Times New Roman" w:hAnsi="Times New Roman" w:cs="Times New Roman"/>
        </w:rPr>
        <w:t xml:space="preserve"> .........................</w:t>
      </w:r>
    </w:p>
    <w:p w:rsidR="008341D9" w:rsidRPr="008E525D" w:rsidRDefault="008341D9" w:rsidP="008E525D">
      <w:pPr>
        <w:rPr>
          <w:rFonts w:ascii="Times New Roman" w:hAnsi="Times New Roman" w:cs="Times New Roman"/>
          <w:b/>
        </w:rPr>
      </w:pPr>
      <w:proofErr w:type="spellStart"/>
      <w:r w:rsidRPr="008E525D">
        <w:rPr>
          <w:rFonts w:ascii="Times New Roman" w:hAnsi="Times New Roman" w:cs="Times New Roman"/>
          <w:b/>
        </w:rPr>
        <w:t>Ocena</w:t>
      </w:r>
      <w:proofErr w:type="spellEnd"/>
      <w:r w:rsidRPr="008E525D">
        <w:rPr>
          <w:rFonts w:ascii="Times New Roman" w:hAnsi="Times New Roman" w:cs="Times New Roman"/>
          <w:b/>
        </w:rPr>
        <w:t xml:space="preserve"> </w:t>
      </w:r>
      <w:proofErr w:type="spellStart"/>
      <w:r w:rsidRPr="008E525D">
        <w:rPr>
          <w:rFonts w:ascii="Times New Roman" w:hAnsi="Times New Roman" w:cs="Times New Roman"/>
          <w:b/>
        </w:rPr>
        <w:t>formalna</w:t>
      </w:r>
      <w:proofErr w:type="spellEnd"/>
      <w:r w:rsidRPr="008E525D">
        <w:rPr>
          <w:rFonts w:ascii="Times New Roman" w:hAnsi="Times New Roman" w:cs="Times New Roman"/>
          <w:b/>
        </w:rPr>
        <w:t xml:space="preserve"> </w:t>
      </w:r>
      <w:proofErr w:type="spellStart"/>
      <w:r w:rsidRPr="008E525D">
        <w:rPr>
          <w:rFonts w:ascii="Times New Roman" w:hAnsi="Times New Roman" w:cs="Times New Roman"/>
          <w:b/>
        </w:rPr>
        <w:t>oferty</w:t>
      </w:r>
      <w:proofErr w:type="spellEnd"/>
    </w:p>
    <w:p w:rsidR="008341D9" w:rsidRPr="008E525D" w:rsidRDefault="008341D9" w:rsidP="008E525D">
      <w:pPr>
        <w:pStyle w:val="Akapitzlist"/>
        <w:numPr>
          <w:ilvl w:val="0"/>
          <w:numId w:val="15"/>
        </w:numPr>
        <w:rPr>
          <w:rFonts w:ascii="Times New Roman" w:hAnsi="Times New Roman" w:cs="Times New Roman"/>
        </w:rPr>
      </w:pPr>
      <w:proofErr w:type="spellStart"/>
      <w:r w:rsidRPr="008E525D">
        <w:rPr>
          <w:rFonts w:ascii="Times New Roman" w:hAnsi="Times New Roman" w:cs="Times New Roman"/>
        </w:rPr>
        <w:t>Liczba</w:t>
      </w:r>
      <w:proofErr w:type="spellEnd"/>
      <w:r w:rsidRPr="008E525D">
        <w:rPr>
          <w:rFonts w:ascii="Times New Roman" w:hAnsi="Times New Roman" w:cs="Times New Roman"/>
        </w:rPr>
        <w:t xml:space="preserve"> </w:t>
      </w:r>
      <w:proofErr w:type="spellStart"/>
      <w:r w:rsidRPr="008E525D">
        <w:rPr>
          <w:rFonts w:ascii="Times New Roman" w:hAnsi="Times New Roman" w:cs="Times New Roman"/>
        </w:rPr>
        <w:t>kryteriów</w:t>
      </w:r>
      <w:proofErr w:type="spellEnd"/>
      <w:r w:rsidRPr="008E525D">
        <w:rPr>
          <w:rFonts w:ascii="Times New Roman" w:hAnsi="Times New Roman" w:cs="Times New Roman"/>
        </w:rPr>
        <w:t xml:space="preserve"> </w:t>
      </w:r>
      <w:proofErr w:type="spellStart"/>
      <w:r w:rsidRPr="008E525D">
        <w:rPr>
          <w:rFonts w:ascii="Times New Roman" w:hAnsi="Times New Roman" w:cs="Times New Roman"/>
        </w:rPr>
        <w:t>spełnionych</w:t>
      </w:r>
      <w:proofErr w:type="spellEnd"/>
      <w:r w:rsidRPr="008E525D">
        <w:rPr>
          <w:rFonts w:ascii="Times New Roman" w:hAnsi="Times New Roman" w:cs="Times New Roman"/>
        </w:rPr>
        <w:t>: ...................</w:t>
      </w:r>
    </w:p>
    <w:p w:rsidR="008341D9" w:rsidRDefault="008341D9" w:rsidP="008E525D">
      <w:pPr>
        <w:pStyle w:val="Akapitzlist"/>
        <w:numPr>
          <w:ilvl w:val="0"/>
          <w:numId w:val="15"/>
        </w:numPr>
        <w:rPr>
          <w:rFonts w:ascii="Times New Roman" w:hAnsi="Times New Roman" w:cs="Times New Roman"/>
        </w:rPr>
      </w:pPr>
      <w:proofErr w:type="spellStart"/>
      <w:r w:rsidRPr="00847D9D">
        <w:rPr>
          <w:rFonts w:ascii="Times New Roman" w:hAnsi="Times New Roman" w:cs="Times New Roman"/>
        </w:rPr>
        <w:t>Liczba</w:t>
      </w:r>
      <w:proofErr w:type="spellEnd"/>
      <w:r w:rsidRPr="00847D9D">
        <w:rPr>
          <w:rFonts w:ascii="Times New Roman" w:hAnsi="Times New Roman" w:cs="Times New Roman"/>
        </w:rPr>
        <w:t xml:space="preserve"> </w:t>
      </w:r>
      <w:proofErr w:type="spellStart"/>
      <w:r w:rsidRPr="00847D9D">
        <w:rPr>
          <w:rFonts w:ascii="Times New Roman" w:hAnsi="Times New Roman" w:cs="Times New Roman"/>
        </w:rPr>
        <w:t>kryteriów</w:t>
      </w:r>
      <w:proofErr w:type="spellEnd"/>
      <w:r w:rsidRPr="00847D9D">
        <w:rPr>
          <w:rFonts w:ascii="Times New Roman" w:hAnsi="Times New Roman" w:cs="Times New Roman"/>
        </w:rPr>
        <w:t xml:space="preserve"> </w:t>
      </w:r>
      <w:proofErr w:type="spellStart"/>
      <w:r w:rsidRPr="00847D9D">
        <w:rPr>
          <w:rFonts w:ascii="Times New Roman" w:hAnsi="Times New Roman" w:cs="Times New Roman"/>
        </w:rPr>
        <w:t>niespełnionych</w:t>
      </w:r>
      <w:proofErr w:type="spellEnd"/>
      <w:r w:rsidRPr="00847D9D">
        <w:rPr>
          <w:rFonts w:ascii="Times New Roman" w:hAnsi="Times New Roman" w:cs="Times New Roman"/>
        </w:rPr>
        <w:t>: .................</w:t>
      </w:r>
    </w:p>
    <w:p w:rsidR="008341D9" w:rsidRPr="00167355" w:rsidRDefault="008341D9" w:rsidP="008341D9">
      <w:pPr>
        <w:rPr>
          <w:rFonts w:ascii="Times New Roman" w:hAnsi="Times New Roman" w:cs="Times New Roman"/>
        </w:rPr>
      </w:pPr>
      <w:proofErr w:type="spellStart"/>
      <w:r w:rsidRPr="00167355">
        <w:rPr>
          <w:rFonts w:ascii="Times New Roman" w:hAnsi="Times New Roman" w:cs="Times New Roman"/>
        </w:rPr>
        <w:t>Komisja</w:t>
      </w:r>
      <w:proofErr w:type="spellEnd"/>
      <w:r w:rsidRPr="00167355">
        <w:rPr>
          <w:rFonts w:ascii="Times New Roman" w:hAnsi="Times New Roman" w:cs="Times New Roman"/>
        </w:rPr>
        <w:t xml:space="preserve"> </w:t>
      </w:r>
      <w:proofErr w:type="spellStart"/>
      <w:r w:rsidRPr="00167355">
        <w:rPr>
          <w:rFonts w:ascii="Times New Roman" w:hAnsi="Times New Roman" w:cs="Times New Roman"/>
        </w:rPr>
        <w:t>Konkursowa</w:t>
      </w:r>
      <w:proofErr w:type="spellEnd"/>
      <w:r w:rsidRPr="00167355">
        <w:rPr>
          <w:rFonts w:ascii="Times New Roman" w:hAnsi="Times New Roman" w:cs="Times New Roman"/>
        </w:rPr>
        <w:t xml:space="preserve"> </w:t>
      </w:r>
      <w:proofErr w:type="spellStart"/>
      <w:r w:rsidRPr="00167355">
        <w:rPr>
          <w:rFonts w:ascii="Times New Roman" w:hAnsi="Times New Roman" w:cs="Times New Roman"/>
        </w:rPr>
        <w:t>opiniuje</w:t>
      </w:r>
      <w:proofErr w:type="spellEnd"/>
      <w:r w:rsidRPr="00167355">
        <w:rPr>
          <w:rFonts w:ascii="Times New Roman" w:hAnsi="Times New Roman" w:cs="Times New Roman"/>
        </w:rPr>
        <w:t xml:space="preserve"> </w:t>
      </w:r>
      <w:proofErr w:type="spellStart"/>
      <w:r w:rsidRPr="00167355">
        <w:rPr>
          <w:rFonts w:ascii="Times New Roman" w:hAnsi="Times New Roman" w:cs="Times New Roman"/>
        </w:rPr>
        <w:t>ofertę</w:t>
      </w:r>
      <w:proofErr w:type="spellEnd"/>
      <w:r w:rsidRPr="00167355">
        <w:rPr>
          <w:rFonts w:ascii="Times New Roman" w:hAnsi="Times New Roman" w:cs="Times New Roman"/>
        </w:rPr>
        <w:t xml:space="preserve">: </w:t>
      </w:r>
      <w:r w:rsidRPr="00167355">
        <w:rPr>
          <w:rFonts w:ascii="Times New Roman" w:cs="Times New Roman"/>
        </w:rPr>
        <w:t>☐</w:t>
      </w:r>
      <w:r w:rsidRPr="00167355">
        <w:rPr>
          <w:rFonts w:ascii="Times New Roman" w:hAnsi="Times New Roman" w:cs="Times New Roman"/>
        </w:rPr>
        <w:t xml:space="preserve"> </w:t>
      </w:r>
      <w:proofErr w:type="spellStart"/>
      <w:r w:rsidRPr="00167355">
        <w:rPr>
          <w:rFonts w:ascii="Times New Roman" w:hAnsi="Times New Roman" w:cs="Times New Roman"/>
        </w:rPr>
        <w:t>Pozytywnie</w:t>
      </w:r>
      <w:proofErr w:type="spellEnd"/>
      <w:r w:rsidRPr="00167355">
        <w:rPr>
          <w:rFonts w:ascii="Times New Roman" w:hAnsi="Times New Roman" w:cs="Times New Roman"/>
        </w:rPr>
        <w:t xml:space="preserve">    </w:t>
      </w:r>
      <w:r w:rsidRPr="00167355">
        <w:rPr>
          <w:rFonts w:ascii="Times New Roman" w:cs="Times New Roman"/>
        </w:rPr>
        <w:t>☐</w:t>
      </w:r>
      <w:r w:rsidRPr="00167355">
        <w:rPr>
          <w:rFonts w:ascii="Times New Roman" w:hAnsi="Times New Roman" w:cs="Times New Roman"/>
        </w:rPr>
        <w:t xml:space="preserve"> </w:t>
      </w:r>
      <w:proofErr w:type="spellStart"/>
      <w:r w:rsidRPr="00167355">
        <w:rPr>
          <w:rFonts w:ascii="Times New Roman" w:hAnsi="Times New Roman" w:cs="Times New Roman"/>
        </w:rPr>
        <w:t>Negatywnie</w:t>
      </w:r>
      <w:proofErr w:type="spellEnd"/>
    </w:p>
    <w:p w:rsidR="008341D9" w:rsidRPr="00167355" w:rsidRDefault="008341D9" w:rsidP="008341D9">
      <w:pPr>
        <w:pStyle w:val="Nagwek2"/>
        <w:spacing w:before="0"/>
        <w:rPr>
          <w:rFonts w:ascii="Times New Roman" w:hAnsi="Times New Roman" w:cs="Times New Roman"/>
          <w:color w:val="auto"/>
          <w:sz w:val="22"/>
          <w:szCs w:val="22"/>
        </w:rPr>
      </w:pPr>
      <w:proofErr w:type="spellStart"/>
      <w:r w:rsidRPr="00167355">
        <w:rPr>
          <w:rFonts w:ascii="Times New Roman" w:hAnsi="Times New Roman" w:cs="Times New Roman"/>
          <w:color w:val="auto"/>
          <w:sz w:val="22"/>
          <w:szCs w:val="22"/>
        </w:rPr>
        <w:t>Uwagi</w:t>
      </w:r>
      <w:proofErr w:type="spellEnd"/>
      <w:r w:rsidRPr="00167355">
        <w:rPr>
          <w:rFonts w:ascii="Times New Roman" w:hAnsi="Times New Roman" w:cs="Times New Roman"/>
          <w:color w:val="auto"/>
          <w:sz w:val="22"/>
          <w:szCs w:val="22"/>
        </w:rPr>
        <w:t xml:space="preserve"> </w:t>
      </w:r>
      <w:proofErr w:type="spellStart"/>
      <w:r w:rsidRPr="00167355">
        <w:rPr>
          <w:rFonts w:ascii="Times New Roman" w:hAnsi="Times New Roman" w:cs="Times New Roman"/>
          <w:color w:val="auto"/>
          <w:sz w:val="22"/>
          <w:szCs w:val="22"/>
        </w:rPr>
        <w:t>końcowe</w:t>
      </w:r>
      <w:proofErr w:type="spellEnd"/>
      <w:r w:rsidRPr="00167355">
        <w:rPr>
          <w:rFonts w:ascii="Times New Roman" w:hAnsi="Times New Roman" w:cs="Times New Roman"/>
          <w:color w:val="auto"/>
          <w:sz w:val="22"/>
          <w:szCs w:val="22"/>
        </w:rPr>
        <w:t xml:space="preserve"> </w:t>
      </w:r>
      <w:proofErr w:type="spellStart"/>
      <w:r w:rsidRPr="00167355">
        <w:rPr>
          <w:rFonts w:ascii="Times New Roman" w:hAnsi="Times New Roman" w:cs="Times New Roman"/>
          <w:color w:val="auto"/>
          <w:sz w:val="22"/>
          <w:szCs w:val="22"/>
        </w:rPr>
        <w:t>Komisji</w:t>
      </w:r>
      <w:proofErr w:type="spellEnd"/>
      <w:r w:rsidRPr="00167355">
        <w:rPr>
          <w:rFonts w:ascii="Times New Roman" w:hAnsi="Times New Roman" w:cs="Times New Roman"/>
          <w:color w:val="auto"/>
          <w:sz w:val="22"/>
          <w:szCs w:val="22"/>
        </w:rPr>
        <w:t xml:space="preserve"> </w:t>
      </w:r>
      <w:proofErr w:type="spellStart"/>
      <w:r w:rsidRPr="00167355">
        <w:rPr>
          <w:rFonts w:ascii="Times New Roman" w:hAnsi="Times New Roman" w:cs="Times New Roman"/>
          <w:color w:val="auto"/>
          <w:sz w:val="22"/>
          <w:szCs w:val="22"/>
        </w:rPr>
        <w:t>Konkursowej</w:t>
      </w:r>
      <w:proofErr w:type="spellEnd"/>
      <w:r w:rsidRPr="00167355">
        <w:rPr>
          <w:rFonts w:ascii="Times New Roman" w:hAnsi="Times New Roman" w:cs="Times New Roman"/>
          <w:color w:val="auto"/>
          <w:sz w:val="22"/>
          <w:szCs w:val="22"/>
        </w:rPr>
        <w:t>:</w:t>
      </w:r>
    </w:p>
    <w:p w:rsidR="008341D9" w:rsidRPr="00167355" w:rsidRDefault="008341D9" w:rsidP="008341D9">
      <w:pPr>
        <w:rPr>
          <w:rFonts w:ascii="Times New Roman" w:hAnsi="Times New Roman" w:cs="Times New Roman"/>
        </w:rPr>
      </w:pPr>
      <w:r w:rsidRPr="00167355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</w:t>
      </w:r>
      <w:r>
        <w:rPr>
          <w:rFonts w:ascii="Times New Roman" w:hAnsi="Times New Roman" w:cs="Times New Roman"/>
        </w:rPr>
        <w:t>...........................</w:t>
      </w:r>
    </w:p>
    <w:p w:rsidR="008341D9" w:rsidRPr="00167355" w:rsidRDefault="008341D9" w:rsidP="008341D9">
      <w:pPr>
        <w:rPr>
          <w:rFonts w:ascii="Times New Roman" w:hAnsi="Times New Roman" w:cs="Times New Roman"/>
        </w:rPr>
      </w:pPr>
      <w:r w:rsidRPr="00167355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</w:t>
      </w:r>
      <w:r>
        <w:rPr>
          <w:rFonts w:ascii="Times New Roman" w:hAnsi="Times New Roman" w:cs="Times New Roman"/>
        </w:rPr>
        <w:t>...........................</w:t>
      </w:r>
    </w:p>
    <w:p w:rsidR="008341D9" w:rsidRPr="00167355" w:rsidRDefault="008341D9" w:rsidP="008341D9">
      <w:pPr>
        <w:rPr>
          <w:rFonts w:ascii="Times New Roman" w:hAnsi="Times New Roman" w:cs="Times New Roman"/>
        </w:rPr>
      </w:pPr>
      <w:r w:rsidRPr="00167355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</w:t>
      </w:r>
      <w:r>
        <w:rPr>
          <w:rFonts w:ascii="Times New Roman" w:hAnsi="Times New Roman" w:cs="Times New Roman"/>
        </w:rPr>
        <w:t>...........................</w:t>
      </w:r>
      <w:r w:rsidRPr="00167355">
        <w:rPr>
          <w:rFonts w:ascii="Times New Roman" w:hAnsi="Times New Roman" w:cs="Times New Roman"/>
        </w:rPr>
        <w:t>..</w:t>
      </w:r>
    </w:p>
    <w:p w:rsidR="00011CBE" w:rsidRPr="00167355" w:rsidRDefault="00A84E0E" w:rsidP="008341D9">
      <w:pPr>
        <w:pStyle w:val="Nagwek2"/>
        <w:spacing w:before="0"/>
        <w:rPr>
          <w:rFonts w:ascii="Times New Roman" w:hAnsi="Times New Roman" w:cs="Times New Roman"/>
          <w:color w:val="auto"/>
          <w:sz w:val="22"/>
          <w:szCs w:val="22"/>
        </w:rPr>
      </w:pPr>
      <w:proofErr w:type="spellStart"/>
      <w:r w:rsidRPr="00167355">
        <w:rPr>
          <w:rFonts w:ascii="Times New Roman" w:hAnsi="Times New Roman" w:cs="Times New Roman"/>
          <w:color w:val="auto"/>
          <w:sz w:val="22"/>
          <w:szCs w:val="22"/>
        </w:rPr>
        <w:t>Podpisy</w:t>
      </w:r>
      <w:proofErr w:type="spellEnd"/>
      <w:r w:rsidRPr="00167355">
        <w:rPr>
          <w:rFonts w:ascii="Times New Roman" w:hAnsi="Times New Roman" w:cs="Times New Roman"/>
          <w:color w:val="auto"/>
          <w:sz w:val="22"/>
          <w:szCs w:val="22"/>
        </w:rPr>
        <w:t xml:space="preserve"> </w:t>
      </w:r>
      <w:proofErr w:type="spellStart"/>
      <w:r w:rsidRPr="00167355">
        <w:rPr>
          <w:rFonts w:ascii="Times New Roman" w:hAnsi="Times New Roman" w:cs="Times New Roman"/>
          <w:color w:val="auto"/>
          <w:sz w:val="22"/>
          <w:szCs w:val="22"/>
        </w:rPr>
        <w:t>członków</w:t>
      </w:r>
      <w:proofErr w:type="spellEnd"/>
      <w:r w:rsidRPr="00167355">
        <w:rPr>
          <w:rFonts w:ascii="Times New Roman" w:hAnsi="Times New Roman" w:cs="Times New Roman"/>
          <w:color w:val="auto"/>
          <w:sz w:val="22"/>
          <w:szCs w:val="22"/>
        </w:rPr>
        <w:t xml:space="preserve"> </w:t>
      </w:r>
      <w:proofErr w:type="spellStart"/>
      <w:r w:rsidRPr="00167355">
        <w:rPr>
          <w:rFonts w:ascii="Times New Roman" w:hAnsi="Times New Roman" w:cs="Times New Roman"/>
          <w:color w:val="auto"/>
          <w:sz w:val="22"/>
          <w:szCs w:val="22"/>
        </w:rPr>
        <w:t>Komisji</w:t>
      </w:r>
      <w:proofErr w:type="spellEnd"/>
      <w:r w:rsidRPr="00167355">
        <w:rPr>
          <w:rFonts w:ascii="Times New Roman" w:hAnsi="Times New Roman" w:cs="Times New Roman"/>
          <w:color w:val="auto"/>
          <w:sz w:val="22"/>
          <w:szCs w:val="22"/>
        </w:rPr>
        <w:t xml:space="preserve"> </w:t>
      </w:r>
      <w:proofErr w:type="spellStart"/>
      <w:r w:rsidRPr="00167355">
        <w:rPr>
          <w:rFonts w:ascii="Times New Roman" w:hAnsi="Times New Roman" w:cs="Times New Roman"/>
          <w:color w:val="auto"/>
          <w:sz w:val="22"/>
          <w:szCs w:val="22"/>
        </w:rPr>
        <w:t>Konkursowej</w:t>
      </w:r>
      <w:proofErr w:type="spellEnd"/>
      <w:r w:rsidRPr="00167355">
        <w:rPr>
          <w:rFonts w:ascii="Times New Roman" w:hAnsi="Times New Roman" w:cs="Times New Roman"/>
          <w:color w:val="auto"/>
          <w:sz w:val="22"/>
          <w:szCs w:val="22"/>
        </w:rPr>
        <w:t>:</w:t>
      </w:r>
    </w:p>
    <w:p w:rsidR="00011CBE" w:rsidRPr="00167355" w:rsidRDefault="00A84E0E">
      <w:pPr>
        <w:rPr>
          <w:rFonts w:ascii="Times New Roman" w:hAnsi="Times New Roman" w:cs="Times New Roman"/>
        </w:rPr>
      </w:pPr>
      <w:r w:rsidRPr="00167355">
        <w:rPr>
          <w:rFonts w:ascii="Times New Roman" w:hAnsi="Times New Roman" w:cs="Times New Roman"/>
        </w:rPr>
        <w:t>1. ......................................................................................................</w:t>
      </w:r>
    </w:p>
    <w:p w:rsidR="00011CBE" w:rsidRPr="00167355" w:rsidRDefault="00A84E0E">
      <w:pPr>
        <w:rPr>
          <w:rFonts w:ascii="Times New Roman" w:hAnsi="Times New Roman" w:cs="Times New Roman"/>
        </w:rPr>
      </w:pPr>
      <w:r w:rsidRPr="00167355">
        <w:rPr>
          <w:rFonts w:ascii="Times New Roman" w:hAnsi="Times New Roman" w:cs="Times New Roman"/>
        </w:rPr>
        <w:t>2. ......................................................................................................</w:t>
      </w:r>
    </w:p>
    <w:p w:rsidR="00011CBE" w:rsidRPr="00167355" w:rsidRDefault="00A84E0E">
      <w:pPr>
        <w:rPr>
          <w:rFonts w:ascii="Times New Roman" w:hAnsi="Times New Roman" w:cs="Times New Roman"/>
        </w:rPr>
      </w:pPr>
      <w:r w:rsidRPr="00167355">
        <w:rPr>
          <w:rFonts w:ascii="Times New Roman" w:hAnsi="Times New Roman" w:cs="Times New Roman"/>
        </w:rPr>
        <w:t>3. ......................................................................................................</w:t>
      </w:r>
    </w:p>
    <w:p w:rsidR="008341D9" w:rsidRDefault="008341D9">
      <w:pPr>
        <w:rPr>
          <w:rFonts w:ascii="Times New Roman" w:hAnsi="Times New Roman" w:cs="Times New Roman"/>
        </w:rPr>
      </w:pPr>
    </w:p>
    <w:p w:rsidR="00011CBE" w:rsidRPr="00167355" w:rsidRDefault="00A84E0E">
      <w:pPr>
        <w:rPr>
          <w:rFonts w:ascii="Times New Roman" w:hAnsi="Times New Roman" w:cs="Times New Roman"/>
        </w:rPr>
      </w:pPr>
      <w:r w:rsidRPr="00167355">
        <w:rPr>
          <w:rFonts w:ascii="Times New Roman" w:hAnsi="Times New Roman" w:cs="Times New Roman"/>
        </w:rPr>
        <w:t>Ostrowiec Świętokrzyski, dnia .....................................................</w:t>
      </w:r>
    </w:p>
    <w:sectPr w:rsidR="00011CBE" w:rsidRPr="00167355" w:rsidSect="008341D9">
      <w:footerReference w:type="default" r:id="rId8"/>
      <w:pgSz w:w="12240" w:h="15840"/>
      <w:pgMar w:top="993" w:right="1183" w:bottom="1440" w:left="141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9278C" w:rsidRDefault="0029278C" w:rsidP="00E22774">
      <w:pPr>
        <w:spacing w:after="0" w:line="240" w:lineRule="auto"/>
      </w:pPr>
      <w:r>
        <w:separator/>
      </w:r>
    </w:p>
  </w:endnote>
  <w:endnote w:type="continuationSeparator" w:id="0">
    <w:p w:rsidR="0029278C" w:rsidRDefault="0029278C" w:rsidP="00E227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352758906"/>
      <w:docPartObj>
        <w:docPartGallery w:val="Page Numbers (Bottom of Page)"/>
        <w:docPartUnique/>
      </w:docPartObj>
    </w:sdtPr>
    <w:sdtEndPr/>
    <w:sdtContent>
      <w:p w:rsidR="00E22774" w:rsidRDefault="00E22774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pl-PL"/>
          </w:rPr>
          <w:t>2</w:t>
        </w:r>
        <w:r>
          <w:fldChar w:fldCharType="end"/>
        </w:r>
      </w:p>
    </w:sdtContent>
  </w:sdt>
  <w:p w:rsidR="00E22774" w:rsidRDefault="00E22774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9278C" w:rsidRDefault="0029278C" w:rsidP="00E22774">
      <w:pPr>
        <w:spacing w:after="0" w:line="240" w:lineRule="auto"/>
      </w:pPr>
      <w:r>
        <w:separator/>
      </w:r>
    </w:p>
  </w:footnote>
  <w:footnote w:type="continuationSeparator" w:id="0">
    <w:p w:rsidR="0029278C" w:rsidRDefault="0029278C" w:rsidP="00E2277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numerowana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numerowana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punktowana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punktowana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numerowan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285592F"/>
    <w:multiLevelType w:val="hybridMultilevel"/>
    <w:tmpl w:val="4A96DCC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17313C0"/>
    <w:multiLevelType w:val="hybridMultilevel"/>
    <w:tmpl w:val="A10CCA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32729FE"/>
    <w:multiLevelType w:val="hybridMultilevel"/>
    <w:tmpl w:val="655623B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F4D78CF"/>
    <w:multiLevelType w:val="hybridMultilevel"/>
    <w:tmpl w:val="883E50B6"/>
    <w:lvl w:ilvl="0" w:tplc="CB6EDAF2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EastAsia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D3218FE"/>
    <w:multiLevelType w:val="hybridMultilevel"/>
    <w:tmpl w:val="FF88AED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79F6BD3"/>
    <w:multiLevelType w:val="hybridMultilevel"/>
    <w:tmpl w:val="2A320EA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  <w:num w:numId="10">
    <w:abstractNumId w:val="11"/>
  </w:num>
  <w:num w:numId="11">
    <w:abstractNumId w:val="9"/>
  </w:num>
  <w:num w:numId="12">
    <w:abstractNumId w:val="13"/>
  </w:num>
  <w:num w:numId="13">
    <w:abstractNumId w:val="10"/>
  </w:num>
  <w:num w:numId="14">
    <w:abstractNumId w:val="12"/>
  </w:num>
  <w:num w:numId="15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47730"/>
    <w:rsid w:val="00011CBE"/>
    <w:rsid w:val="00034616"/>
    <w:rsid w:val="0006063C"/>
    <w:rsid w:val="001413E4"/>
    <w:rsid w:val="0015074B"/>
    <w:rsid w:val="00167355"/>
    <w:rsid w:val="0029278C"/>
    <w:rsid w:val="0029639D"/>
    <w:rsid w:val="00326F90"/>
    <w:rsid w:val="004D5D3B"/>
    <w:rsid w:val="008341D9"/>
    <w:rsid w:val="00847D9D"/>
    <w:rsid w:val="008A21C7"/>
    <w:rsid w:val="008E525D"/>
    <w:rsid w:val="00A709B4"/>
    <w:rsid w:val="00A84E0E"/>
    <w:rsid w:val="00AA1D8D"/>
    <w:rsid w:val="00B47730"/>
    <w:rsid w:val="00CB0664"/>
    <w:rsid w:val="00D3277E"/>
    <w:rsid w:val="00E22774"/>
    <w:rsid w:val="00FC693F"/>
    <w:rsid w:val="00FF6A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07E7CC6"/>
  <w15:docId w15:val="{972A29D2-61DC-41DA-9D69-E3370304AE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FC693F"/>
  </w:style>
  <w:style w:type="paragraph" w:styleId="Nagwek1">
    <w:name w:val="heading 1"/>
    <w:basedOn w:val="Normalny"/>
    <w:next w:val="Normalny"/>
    <w:link w:val="Nagwek1Znak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618BF"/>
  </w:style>
  <w:style w:type="paragraph" w:styleId="Stopka">
    <w:name w:val="footer"/>
    <w:basedOn w:val="Normalny"/>
    <w:link w:val="Stopka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618BF"/>
  </w:style>
  <w:style w:type="paragraph" w:styleId="Bezodstpw">
    <w:name w:val="No Spacing"/>
    <w:uiPriority w:val="1"/>
    <w:qFormat/>
    <w:rsid w:val="00FC693F"/>
    <w:pPr>
      <w:spacing w:after="0" w:line="240" w:lineRule="auto"/>
    </w:pPr>
  </w:style>
  <w:style w:type="character" w:customStyle="1" w:styleId="Nagwek1Znak">
    <w:name w:val="Nagłówek 1 Znak"/>
    <w:basedOn w:val="Domylnaczcionkaakapitu"/>
    <w:link w:val="Nagwe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ytu">
    <w:name w:val="Title"/>
    <w:basedOn w:val="Normalny"/>
    <w:next w:val="Normalny"/>
    <w:link w:val="TytuZnak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tytuZnak">
    <w:name w:val="Podtytuł Znak"/>
    <w:basedOn w:val="Domylnaczcionkaakapitu"/>
    <w:link w:val="Podtytu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kapitzlist">
    <w:name w:val="List Paragraph"/>
    <w:basedOn w:val="Normalny"/>
    <w:uiPriority w:val="34"/>
    <w:qFormat/>
    <w:rsid w:val="00FC693F"/>
    <w:pPr>
      <w:ind w:left="720"/>
      <w:contextualSpacing/>
    </w:pPr>
  </w:style>
  <w:style w:type="paragraph" w:styleId="Tekstpodstawowy">
    <w:name w:val="Body Text"/>
    <w:basedOn w:val="Normalny"/>
    <w:link w:val="TekstpodstawowyZnak"/>
    <w:uiPriority w:val="99"/>
    <w:unhideWhenUsed/>
    <w:rsid w:val="00AA1D8D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AA1D8D"/>
  </w:style>
  <w:style w:type="paragraph" w:styleId="Tekstpodstawowy2">
    <w:name w:val="Body Text 2"/>
    <w:basedOn w:val="Normalny"/>
    <w:link w:val="Tekstpodstawowy2Znak"/>
    <w:uiPriority w:val="99"/>
    <w:unhideWhenUsed/>
    <w:rsid w:val="00AA1D8D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AA1D8D"/>
  </w:style>
  <w:style w:type="paragraph" w:styleId="Tekstpodstawowy3">
    <w:name w:val="Body Text 3"/>
    <w:basedOn w:val="Normalny"/>
    <w:link w:val="Tekstpodstawowy3Znak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AA1D8D"/>
    <w:rPr>
      <w:sz w:val="16"/>
      <w:szCs w:val="16"/>
    </w:rPr>
  </w:style>
  <w:style w:type="paragraph" w:styleId="Lista">
    <w:name w:val="List"/>
    <w:basedOn w:val="Normalny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ny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ny"/>
    <w:uiPriority w:val="99"/>
    <w:unhideWhenUsed/>
    <w:rsid w:val="00326F90"/>
    <w:pPr>
      <w:ind w:left="1080" w:hanging="360"/>
      <w:contextualSpacing/>
    </w:pPr>
  </w:style>
  <w:style w:type="paragraph" w:styleId="Listapunktowana">
    <w:name w:val="List Bullet"/>
    <w:basedOn w:val="Normalny"/>
    <w:uiPriority w:val="99"/>
    <w:unhideWhenUsed/>
    <w:rsid w:val="00326F90"/>
    <w:pPr>
      <w:numPr>
        <w:numId w:val="1"/>
      </w:numPr>
      <w:contextualSpacing/>
    </w:pPr>
  </w:style>
  <w:style w:type="paragraph" w:styleId="Listapunktowana2">
    <w:name w:val="List Bullet 2"/>
    <w:basedOn w:val="Normalny"/>
    <w:uiPriority w:val="99"/>
    <w:unhideWhenUsed/>
    <w:rsid w:val="00326F90"/>
    <w:pPr>
      <w:numPr>
        <w:numId w:val="2"/>
      </w:numPr>
      <w:contextualSpacing/>
    </w:pPr>
  </w:style>
  <w:style w:type="paragraph" w:styleId="Listapunktowana3">
    <w:name w:val="List Bullet 3"/>
    <w:basedOn w:val="Normalny"/>
    <w:uiPriority w:val="99"/>
    <w:unhideWhenUsed/>
    <w:rsid w:val="00326F90"/>
    <w:pPr>
      <w:numPr>
        <w:numId w:val="3"/>
      </w:numPr>
      <w:contextualSpacing/>
    </w:pPr>
  </w:style>
  <w:style w:type="paragraph" w:styleId="Listanumerowana">
    <w:name w:val="List Number"/>
    <w:basedOn w:val="Normalny"/>
    <w:uiPriority w:val="99"/>
    <w:unhideWhenUsed/>
    <w:rsid w:val="00326F90"/>
    <w:pPr>
      <w:numPr>
        <w:numId w:val="5"/>
      </w:numPr>
      <w:contextualSpacing/>
    </w:pPr>
  </w:style>
  <w:style w:type="paragraph" w:styleId="Listanumerowana2">
    <w:name w:val="List Number 2"/>
    <w:basedOn w:val="Normalny"/>
    <w:uiPriority w:val="99"/>
    <w:unhideWhenUsed/>
    <w:rsid w:val="0029639D"/>
    <w:pPr>
      <w:numPr>
        <w:numId w:val="6"/>
      </w:numPr>
      <w:contextualSpacing/>
    </w:pPr>
  </w:style>
  <w:style w:type="paragraph" w:styleId="Listanumerowana3">
    <w:name w:val="List Number 3"/>
    <w:basedOn w:val="Normalny"/>
    <w:uiPriority w:val="99"/>
    <w:unhideWhenUsed/>
    <w:rsid w:val="0029639D"/>
    <w:pPr>
      <w:numPr>
        <w:numId w:val="7"/>
      </w:numPr>
      <w:contextualSpacing/>
    </w:pPr>
  </w:style>
  <w:style w:type="paragraph" w:styleId="Lista-kontynuacja">
    <w:name w:val="List Continue"/>
    <w:basedOn w:val="Normalny"/>
    <w:uiPriority w:val="99"/>
    <w:unhideWhenUsed/>
    <w:rsid w:val="0029639D"/>
    <w:pPr>
      <w:spacing w:after="120"/>
      <w:ind w:left="360"/>
      <w:contextualSpacing/>
    </w:pPr>
  </w:style>
  <w:style w:type="paragraph" w:styleId="Lista-kontynuacja2">
    <w:name w:val="List Continue 2"/>
    <w:basedOn w:val="Normalny"/>
    <w:uiPriority w:val="99"/>
    <w:unhideWhenUsed/>
    <w:rsid w:val="0029639D"/>
    <w:pPr>
      <w:spacing w:after="120"/>
      <w:ind w:left="720"/>
      <w:contextualSpacing/>
    </w:pPr>
  </w:style>
  <w:style w:type="paragraph" w:styleId="Lista-kontynuacja3">
    <w:name w:val="List Continue 3"/>
    <w:basedOn w:val="Normalny"/>
    <w:uiPriority w:val="99"/>
    <w:unhideWhenUsed/>
    <w:rsid w:val="0029639D"/>
    <w:pPr>
      <w:spacing w:after="120"/>
      <w:ind w:left="1080"/>
      <w:contextualSpacing/>
    </w:pPr>
  </w:style>
  <w:style w:type="paragraph" w:styleId="Tekstmakra">
    <w:name w:val="macro"/>
    <w:link w:val="TekstmakraZnak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kstmakraZnak">
    <w:name w:val="Tekst makra Znak"/>
    <w:basedOn w:val="Domylnaczcionkaakapitu"/>
    <w:link w:val="Tekstmakra"/>
    <w:uiPriority w:val="99"/>
    <w:rsid w:val="0029639D"/>
    <w:rPr>
      <w:rFonts w:ascii="Courier" w:hAnsi="Courier"/>
      <w:sz w:val="20"/>
      <w:szCs w:val="20"/>
    </w:rPr>
  </w:style>
  <w:style w:type="paragraph" w:styleId="Cytat">
    <w:name w:val="Quote"/>
    <w:basedOn w:val="Normalny"/>
    <w:next w:val="Normalny"/>
    <w:link w:val="CytatZnak"/>
    <w:uiPriority w:val="29"/>
    <w:qFormat/>
    <w:rsid w:val="00FC693F"/>
    <w:rPr>
      <w:i/>
      <w:iCs/>
      <w:color w:val="000000" w:themeColor="text1"/>
    </w:rPr>
  </w:style>
  <w:style w:type="character" w:customStyle="1" w:styleId="CytatZnak">
    <w:name w:val="Cytat Znak"/>
    <w:basedOn w:val="Domylnaczcionkaakapitu"/>
    <w:link w:val="Cytat"/>
    <w:uiPriority w:val="29"/>
    <w:rsid w:val="00FC693F"/>
    <w:rPr>
      <w:i/>
      <w:iCs/>
      <w:color w:val="000000" w:themeColor="text1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egenda">
    <w:name w:val="caption"/>
    <w:basedOn w:val="Normalny"/>
    <w:next w:val="Normalny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Pogrubienie">
    <w:name w:val="Strong"/>
    <w:basedOn w:val="Domylnaczcionkaakapitu"/>
    <w:uiPriority w:val="22"/>
    <w:qFormat/>
    <w:rsid w:val="00FC693F"/>
    <w:rPr>
      <w:b/>
      <w:bCs/>
    </w:rPr>
  </w:style>
  <w:style w:type="character" w:styleId="Uwydatnienie">
    <w:name w:val="Emphasis"/>
    <w:basedOn w:val="Domylnaczcionkaakapitu"/>
    <w:uiPriority w:val="20"/>
    <w:qFormat/>
    <w:rsid w:val="00FC693F"/>
    <w:rPr>
      <w:i/>
      <w:iCs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C693F"/>
    <w:rPr>
      <w:b/>
      <w:bCs/>
      <w:i/>
      <w:iCs/>
      <w:color w:val="4F81BD" w:themeColor="accent1"/>
    </w:rPr>
  </w:style>
  <w:style w:type="character" w:styleId="Wyrnieniedelikatne">
    <w:name w:val="Subtle Emphasis"/>
    <w:basedOn w:val="Domylnaczcionkaakapitu"/>
    <w:uiPriority w:val="19"/>
    <w:qFormat/>
    <w:rsid w:val="00FC693F"/>
    <w:rPr>
      <w:i/>
      <w:iCs/>
      <w:color w:val="808080" w:themeColor="text1" w:themeTint="7F"/>
    </w:rPr>
  </w:style>
  <w:style w:type="character" w:styleId="Wyrnienieintensywne">
    <w:name w:val="Intense Emphasis"/>
    <w:basedOn w:val="Domylnaczcionkaakapitu"/>
    <w:uiPriority w:val="21"/>
    <w:qFormat/>
    <w:rsid w:val="00FC693F"/>
    <w:rPr>
      <w:b/>
      <w:bCs/>
      <w:i/>
      <w:iCs/>
      <w:color w:val="4F81BD" w:themeColor="accent1"/>
    </w:rPr>
  </w:style>
  <w:style w:type="character" w:styleId="Odwoaniedelikatne">
    <w:name w:val="Subtle Reference"/>
    <w:basedOn w:val="Domylnaczcionkaakapitu"/>
    <w:uiPriority w:val="31"/>
    <w:qFormat/>
    <w:rsid w:val="00FC693F"/>
    <w:rPr>
      <w:smallCaps/>
      <w:color w:val="C0504D" w:themeColor="accent2"/>
      <w:u w:val="single"/>
    </w:rPr>
  </w:style>
  <w:style w:type="character" w:styleId="Odwoanieintensywne">
    <w:name w:val="Intense Reference"/>
    <w:basedOn w:val="Domylnaczcionkaakapitu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ytuksiki">
    <w:name w:val="Book Title"/>
    <w:basedOn w:val="Domylnaczcionkaakapitu"/>
    <w:uiPriority w:val="33"/>
    <w:qFormat/>
    <w:rsid w:val="00FC693F"/>
    <w:rPr>
      <w:b/>
      <w:bCs/>
      <w:smallCaps/>
      <w:spacing w:val="5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FC693F"/>
    <w:pPr>
      <w:outlineLvl w:val="9"/>
    </w:pPr>
  </w:style>
  <w:style w:type="table" w:styleId="Tabela-Siatka">
    <w:name w:val="Table Grid"/>
    <w:basedOn w:val="Standardowy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Jasnecieniowanie">
    <w:name w:val="Light Shading"/>
    <w:basedOn w:val="Standardowy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Jasnecieniowanieakcent1">
    <w:name w:val="Light Shading Accent 1"/>
    <w:basedOn w:val="Standardowy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Jasnecieniowanieakcent2">
    <w:name w:val="Light Shading Accent 2"/>
    <w:basedOn w:val="Standardowy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Jasnecieniowanieakcent3">
    <w:name w:val="Light Shading Accent 3"/>
    <w:basedOn w:val="Standardowy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Jasnecieniowanieakcent4">
    <w:name w:val="Light Shading Accent 4"/>
    <w:basedOn w:val="Standardowy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Jasnecieniowanieakcent5">
    <w:name w:val="Light Shading Accent 5"/>
    <w:basedOn w:val="Standardowy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Jasnecieniowanieakcent6">
    <w:name w:val="Light Shading Accent 6"/>
    <w:basedOn w:val="Standardowy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Jasnalista">
    <w:name w:val="Light List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Jasnalistaakcent1">
    <w:name w:val="Light List Accent 1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Jasnalistaakcent2">
    <w:name w:val="Light List Accent 2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Jasnalistaakcent3">
    <w:name w:val="Light List Accent 3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Jasnalistaakcent4">
    <w:name w:val="Light List Accent 4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Jasnalistaakcent5">
    <w:name w:val="Light List Accent 5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Jasnalistaakcent6">
    <w:name w:val="Light List Accent 6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Jasnasiatka">
    <w:name w:val="Light Grid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Jasnasiatkaakcent1">
    <w:name w:val="Light Grid Accent 1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Jasnasiatkaakcent2">
    <w:name w:val="Light Grid Accent 2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Jasnasiatkaakcent3">
    <w:name w:val="Light Grid Accent 3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Jasnasiatkaakcent4">
    <w:name w:val="Light Grid Accent 4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Jasnasiatkaakcent5">
    <w:name w:val="Light Grid Accent 5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Jasnasiatkaakcent6">
    <w:name w:val="Light Grid Accent 6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redniecieniowanie1">
    <w:name w:val="Medium Shading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1">
    <w:name w:val="Medium Shading 1 Accent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2">
    <w:name w:val="Medium Shading 1 Accent 2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3">
    <w:name w:val="Medium Shading 1 Accent 3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4">
    <w:name w:val="Medium Shading 1 Accent 4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5">
    <w:name w:val="Medium Shading 1 Accent 5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6">
    <w:name w:val="Medium Shading 1 Accent 6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2">
    <w:name w:val="Medium Shading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1">
    <w:name w:val="Medium Shading 2 Accent 1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2">
    <w:name w:val="Medium Shading 2 Accent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3">
    <w:name w:val="Medium Shading 2 Accent 3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4">
    <w:name w:val="Medium Shading 2 Accent 4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5">
    <w:name w:val="Medium Shading 2 Accent 5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6">
    <w:name w:val="Medium Shading 2 Accent 6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alista1">
    <w:name w:val="Medium Lis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rednialista1akcent1">
    <w:name w:val="Medium List 1 Accen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rednialista1akcent2">
    <w:name w:val="Medium List 1 Accent 2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rednialista1akcent3">
    <w:name w:val="Medium List 1 Accent 3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rednialista1akcent4">
    <w:name w:val="Medium List 1 Accent 4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rednialista1akcent5">
    <w:name w:val="Medium List 1 Accent 5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rednialista1akcent6">
    <w:name w:val="Medium List 1 Accent 6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rednialista2">
    <w:name w:val="Medium Lis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1">
    <w:name w:val="Medium List 2 Accent 1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2">
    <w:name w:val="Medium List 2 Accen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3">
    <w:name w:val="Medium List 2 Accent 3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4">
    <w:name w:val="Medium List 2 Accent 4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5">
    <w:name w:val="Medium List 2 Accent 5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6">
    <w:name w:val="Medium List 2 Accent 6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siatka1">
    <w:name w:val="Medium Grid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dniasiatka1akcent1">
    <w:name w:val="Medium Grid 1 Accent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dniasiatka1akcent2">
    <w:name w:val="Medium Grid 1 Accent 2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dniasiatka1akcent3">
    <w:name w:val="Medium Grid 1 Accent 3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dniasiatka1akcent4">
    <w:name w:val="Medium Grid 1 Accent 4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dniasiatka1akcent5">
    <w:name w:val="Medium Grid 1 Accent 5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dniasiatka1akcent6">
    <w:name w:val="Medium Grid 1 Accent 6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redniasiatka2">
    <w:name w:val="Medium Grid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1">
    <w:name w:val="Medium Grid 2 Accent 1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2">
    <w:name w:val="Medium Grid 2 Accent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3">
    <w:name w:val="Medium Grid 2 Accent 3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4">
    <w:name w:val="Medium Grid 2 Accent 4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5">
    <w:name w:val="Medium Grid 2 Accent 5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6">
    <w:name w:val="Medium Grid 2 Accent 6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3">
    <w:name w:val="Medium Grid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redniasiatka3akcent1">
    <w:name w:val="Medium Grid 3 Accent 1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redniasiatka3akcent2">
    <w:name w:val="Medium Grid 3 Accent 2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redniasiatka3akcent3">
    <w:name w:val="Medium Grid 3 Accent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redniasiatka3akcent4">
    <w:name w:val="Medium Grid 3 Accent 4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redniasiatka3akcent5">
    <w:name w:val="Medium Grid 3 Accent 5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redniasiatka3akcent6">
    <w:name w:val="Medium Grid 3 Accent 6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Ciemnalista">
    <w:name w:val="Dark List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Ciemnalista2akcent1">
    <w:name w:val="Dark List Accent 1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Ciemnalistaakcent2">
    <w:name w:val="Dark List Accent 2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Ciemnalistaakcent3">
    <w:name w:val="Dark List Accent 3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Ciemnalistaakcent4">
    <w:name w:val="Dark List Accent 4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Ciemnalistaakcent5">
    <w:name w:val="Dark List Accent 5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Ciemnalistaakcent6">
    <w:name w:val="Dark List Accent 6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Kolorowecieniowanie">
    <w:name w:val="Colorful Shading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1">
    <w:name w:val="Colorful Shading Accent 1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2">
    <w:name w:val="Colorful Shading Accent 2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3">
    <w:name w:val="Colorful Shading Accent 3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ecieniowanieakcent4">
    <w:name w:val="Colorful Shading Accent 4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5">
    <w:name w:val="Colorful Shading Accent 5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6">
    <w:name w:val="Colorful Shading Accent 6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alista">
    <w:name w:val="Colorful List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Kolorowalistaakcent1">
    <w:name w:val="Colorful List Accent 1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Kolorowalistaakcent2">
    <w:name w:val="Colorful List Accent 2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Kolorowalistaakcent3">
    <w:name w:val="Colorful List Accent 3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Kolorowalistaakcent4">
    <w:name w:val="Colorful List Accent 4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Kolorowalistaakcent5">
    <w:name w:val="Colorful List Accent 5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Kolorowalistaakcent6">
    <w:name w:val="Colorful List Accent 6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Kolorowasiatka">
    <w:name w:val="Colorful Grid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Kolorowasiatkaakcent1">
    <w:name w:val="Colorful Grid Accent 1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Kolorowasiatkaakcent2">
    <w:name w:val="Colorful Grid Accent 2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Kolorowasiatkaakcent3">
    <w:name w:val="Colorful Grid Accent 3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asiatkaakcent4">
    <w:name w:val="Colorful Grid Accent 4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Kolorowasiatkaakcent5">
    <w:name w:val="Colorful Grid Accent 5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Kolorowasiatkaakcent6">
    <w:name w:val="Colorful Grid Accent 6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3567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3822A5CE-C36F-4AFE-BB6B-5C305E5D71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703</Words>
  <Characters>4220</Characters>
  <Application>Microsoft Office Word</Application>
  <DocSecurity>0</DocSecurity>
  <Lines>35</Lines>
  <Paragraphs>9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4914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Bożena Kotowska</cp:lastModifiedBy>
  <cp:revision>9</cp:revision>
  <cp:lastPrinted>2025-08-22T07:28:00Z</cp:lastPrinted>
  <dcterms:created xsi:type="dcterms:W3CDTF">2013-12-23T23:15:00Z</dcterms:created>
  <dcterms:modified xsi:type="dcterms:W3CDTF">2025-08-22T07:30:00Z</dcterms:modified>
  <cp:category/>
</cp:coreProperties>
</file>