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27E3" w:rsidRPr="007E27E3" w:rsidRDefault="007E27E3" w:rsidP="007E27E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pl-PL" w:eastAsia="pl-PL"/>
        </w:rPr>
      </w:pPr>
      <w:r w:rsidRPr="007E27E3">
        <w:rPr>
          <w:rFonts w:ascii="Times New Roman" w:eastAsia="Times New Roman" w:hAnsi="Times New Roman" w:cs="Times New Roman"/>
          <w:b/>
          <w:lang w:val="pl-PL" w:eastAsia="pl-PL"/>
        </w:rPr>
        <w:t xml:space="preserve">Załącznik nr </w:t>
      </w:r>
      <w:r>
        <w:rPr>
          <w:rFonts w:ascii="Times New Roman" w:eastAsia="Times New Roman" w:hAnsi="Times New Roman" w:cs="Times New Roman"/>
          <w:b/>
          <w:lang w:val="pl-PL" w:eastAsia="pl-PL"/>
        </w:rPr>
        <w:t xml:space="preserve">5 </w:t>
      </w:r>
      <w:r w:rsidRPr="007E27E3">
        <w:rPr>
          <w:rFonts w:ascii="Times New Roman" w:eastAsia="Times New Roman" w:hAnsi="Times New Roman" w:cs="Times New Roman"/>
          <w:b/>
          <w:lang w:val="pl-PL" w:eastAsia="pl-PL"/>
        </w:rPr>
        <w:t xml:space="preserve">do </w:t>
      </w:r>
      <w:r w:rsidR="00754CE9">
        <w:rPr>
          <w:rFonts w:ascii="Times New Roman" w:eastAsia="Times New Roman" w:hAnsi="Times New Roman" w:cs="Times New Roman"/>
          <w:b/>
          <w:lang w:val="pl-PL" w:eastAsia="pl-PL"/>
        </w:rPr>
        <w:t>ogłoszenia</w:t>
      </w:r>
    </w:p>
    <w:p w:rsidR="00011CBE" w:rsidRPr="00167355" w:rsidRDefault="00A84E0E" w:rsidP="00167355">
      <w:pPr>
        <w:pStyle w:val="Nagwek1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167355">
        <w:rPr>
          <w:rFonts w:ascii="Times New Roman" w:hAnsi="Times New Roman" w:cs="Times New Roman"/>
          <w:color w:val="auto"/>
          <w:sz w:val="22"/>
          <w:szCs w:val="22"/>
        </w:rPr>
        <w:t>PROTOKÓŁ Z POSIEDZENIA KOMISJI KONKURSOWEJ</w:t>
      </w:r>
    </w:p>
    <w:p w:rsidR="00011CBE" w:rsidRDefault="00BF576B" w:rsidP="001673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</w:t>
      </w:r>
      <w:proofErr w:type="spellStart"/>
      <w:r>
        <w:rPr>
          <w:rFonts w:ascii="Times New Roman" w:hAnsi="Times New Roman" w:cs="Times New Roman"/>
        </w:rPr>
        <w:t>sprawie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oceny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merytorycznej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FF6A5F">
        <w:rPr>
          <w:rFonts w:ascii="Times New Roman" w:hAnsi="Times New Roman" w:cs="Times New Roman"/>
        </w:rPr>
        <w:t>ofert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FF6A5F">
        <w:rPr>
          <w:rFonts w:ascii="Times New Roman" w:hAnsi="Times New Roman" w:cs="Times New Roman"/>
        </w:rPr>
        <w:t>złożonych</w:t>
      </w:r>
      <w:proofErr w:type="spellEnd"/>
      <w:r w:rsidR="00A84E0E" w:rsidRPr="00167355">
        <w:rPr>
          <w:rFonts w:ascii="Times New Roman" w:hAnsi="Times New Roman" w:cs="Times New Roman"/>
        </w:rPr>
        <w:t xml:space="preserve"> w </w:t>
      </w:r>
      <w:proofErr w:type="spellStart"/>
      <w:r w:rsidR="00A84E0E" w:rsidRPr="00167355">
        <w:rPr>
          <w:rFonts w:ascii="Times New Roman" w:hAnsi="Times New Roman" w:cs="Times New Roman"/>
        </w:rPr>
        <w:t>otwartym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konkursie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ofert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na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realizację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zadania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publicznego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Gminy</w:t>
      </w:r>
      <w:proofErr w:type="spellEnd"/>
      <w:r w:rsidR="00A84E0E" w:rsidRPr="00167355">
        <w:rPr>
          <w:rFonts w:ascii="Times New Roman" w:hAnsi="Times New Roman" w:cs="Times New Roman"/>
        </w:rPr>
        <w:t xml:space="preserve"> Ostrowiec </w:t>
      </w:r>
      <w:proofErr w:type="spellStart"/>
      <w:r w:rsidR="00A84E0E" w:rsidRPr="00167355">
        <w:rPr>
          <w:rFonts w:ascii="Times New Roman" w:hAnsi="Times New Roman" w:cs="Times New Roman"/>
        </w:rPr>
        <w:t>Świętokrzyski</w:t>
      </w:r>
      <w:proofErr w:type="spellEnd"/>
      <w:r w:rsidR="00A84E0E" w:rsidRPr="00167355">
        <w:rPr>
          <w:rFonts w:ascii="Times New Roman" w:hAnsi="Times New Roman" w:cs="Times New Roman"/>
        </w:rPr>
        <w:t xml:space="preserve"> z </w:t>
      </w:r>
      <w:proofErr w:type="spellStart"/>
      <w:r w:rsidR="00A84E0E" w:rsidRPr="00167355">
        <w:rPr>
          <w:rFonts w:ascii="Times New Roman" w:hAnsi="Times New Roman" w:cs="Times New Roman"/>
        </w:rPr>
        <w:t>zakresu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ochrony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zdrowia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pn</w:t>
      </w:r>
      <w:proofErr w:type="spellEnd"/>
      <w:r w:rsidR="00A84E0E" w:rsidRPr="00167355">
        <w:rPr>
          <w:rFonts w:ascii="Times New Roman" w:hAnsi="Times New Roman" w:cs="Times New Roman"/>
        </w:rPr>
        <w:t>. „</w:t>
      </w:r>
      <w:proofErr w:type="spellStart"/>
      <w:r w:rsidR="00A84E0E" w:rsidRPr="00167355">
        <w:rPr>
          <w:rFonts w:ascii="Times New Roman" w:hAnsi="Times New Roman" w:cs="Times New Roman"/>
        </w:rPr>
        <w:t>Wsparcie</w:t>
      </w:r>
      <w:proofErr w:type="spellEnd"/>
      <w:r w:rsidR="00A84E0E" w:rsidRPr="00167355">
        <w:rPr>
          <w:rFonts w:ascii="Times New Roman" w:hAnsi="Times New Roman" w:cs="Times New Roman"/>
        </w:rPr>
        <w:t xml:space="preserve"> psychiatry, </w:t>
      </w:r>
      <w:proofErr w:type="spellStart"/>
      <w:r w:rsidR="00A84E0E" w:rsidRPr="00167355">
        <w:rPr>
          <w:rFonts w:ascii="Times New Roman" w:hAnsi="Times New Roman" w:cs="Times New Roman"/>
        </w:rPr>
        <w:t>psychologa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i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terapeuty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dla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dzieci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r w:rsidR="00057EBD">
        <w:rPr>
          <w:rFonts w:ascii="Times New Roman" w:hAnsi="Times New Roman" w:cs="Times New Roman"/>
        </w:rPr>
        <w:t>i</w:t>
      </w:r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młodzieży</w:t>
      </w:r>
      <w:proofErr w:type="spellEnd"/>
      <w:r w:rsidR="00A84E0E" w:rsidRPr="00167355">
        <w:rPr>
          <w:rFonts w:ascii="Times New Roman" w:hAnsi="Times New Roman" w:cs="Times New Roman"/>
        </w:rPr>
        <w:t xml:space="preserve"> z </w:t>
      </w:r>
      <w:proofErr w:type="spellStart"/>
      <w:r w:rsidR="00A84E0E" w:rsidRPr="00167355">
        <w:rPr>
          <w:rFonts w:ascii="Times New Roman" w:hAnsi="Times New Roman" w:cs="Times New Roman"/>
        </w:rPr>
        <w:t>terenu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A84E0E" w:rsidRPr="00167355">
        <w:rPr>
          <w:rFonts w:ascii="Times New Roman" w:hAnsi="Times New Roman" w:cs="Times New Roman"/>
        </w:rPr>
        <w:t>Gminy</w:t>
      </w:r>
      <w:proofErr w:type="spellEnd"/>
      <w:r w:rsidR="00A84E0E" w:rsidRPr="00167355">
        <w:rPr>
          <w:rFonts w:ascii="Times New Roman" w:hAnsi="Times New Roman" w:cs="Times New Roman"/>
        </w:rPr>
        <w:t xml:space="preserve"> Ostrowiec </w:t>
      </w:r>
      <w:proofErr w:type="spellStart"/>
      <w:r w:rsidR="00A84E0E" w:rsidRPr="00167355">
        <w:rPr>
          <w:rFonts w:ascii="Times New Roman" w:hAnsi="Times New Roman" w:cs="Times New Roman"/>
        </w:rPr>
        <w:t>Świętokrzyski</w:t>
      </w:r>
      <w:proofErr w:type="spellEnd"/>
      <w:r w:rsidR="00A84E0E" w:rsidRPr="00167355">
        <w:rPr>
          <w:rFonts w:ascii="Times New Roman" w:hAnsi="Times New Roman" w:cs="Times New Roman"/>
        </w:rPr>
        <w:t>”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  <w:b/>
        </w:rPr>
        <w:t xml:space="preserve">Data </w:t>
      </w:r>
      <w:proofErr w:type="spellStart"/>
      <w:r w:rsidRPr="00167355">
        <w:rPr>
          <w:rFonts w:ascii="Times New Roman" w:hAnsi="Times New Roman" w:cs="Times New Roman"/>
          <w:b/>
        </w:rPr>
        <w:t>posiedzenia</w:t>
      </w:r>
      <w:proofErr w:type="spellEnd"/>
      <w:r w:rsidR="00754CE9">
        <w:rPr>
          <w:rFonts w:ascii="Times New Roman" w:hAnsi="Times New Roman" w:cs="Times New Roman"/>
          <w:b/>
        </w:rPr>
        <w:t xml:space="preserve"> </w:t>
      </w:r>
      <w:proofErr w:type="spellStart"/>
      <w:r w:rsidRPr="00167355">
        <w:rPr>
          <w:rFonts w:ascii="Times New Roman" w:hAnsi="Times New Roman" w:cs="Times New Roman"/>
          <w:b/>
        </w:rPr>
        <w:t>Komisji</w:t>
      </w:r>
      <w:proofErr w:type="spellEnd"/>
      <w:r w:rsidR="00754CE9">
        <w:rPr>
          <w:rFonts w:ascii="Times New Roman" w:hAnsi="Times New Roman" w:cs="Times New Roman"/>
          <w:b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  <w:b/>
        </w:rPr>
        <w:t>Konkursowej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  <w:b/>
        </w:rPr>
        <w:t>Godzina rozpoczęcia</w:t>
      </w:r>
      <w:r w:rsidRPr="00167355">
        <w:rPr>
          <w:rFonts w:ascii="Times New Roman" w:hAnsi="Times New Roman" w:cs="Times New Roman"/>
        </w:rPr>
        <w:t>: .......................................................</w:t>
      </w:r>
      <w:r w:rsidR="00167355" w:rsidRPr="00167355">
        <w:rPr>
          <w:rFonts w:ascii="Times New Roman" w:hAnsi="Times New Roman" w:cs="Times New Roman"/>
        </w:rPr>
        <w:t>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  <w:b/>
        </w:rPr>
        <w:t>Miejsce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167355">
        <w:rPr>
          <w:rFonts w:ascii="Times New Roman" w:hAnsi="Times New Roman" w:cs="Times New Roman"/>
          <w:b/>
        </w:rPr>
        <w:t>posiedze</w:t>
      </w:r>
      <w:r w:rsidR="00167355" w:rsidRPr="00167355">
        <w:rPr>
          <w:rFonts w:ascii="Times New Roman" w:hAnsi="Times New Roman" w:cs="Times New Roman"/>
          <w:b/>
        </w:rPr>
        <w:t>nia</w:t>
      </w:r>
      <w:proofErr w:type="spellEnd"/>
      <w:r w:rsidR="00167355" w:rsidRPr="00167355">
        <w:rPr>
          <w:rFonts w:ascii="Times New Roman" w:hAnsi="Times New Roman" w:cs="Times New Roman"/>
        </w:rPr>
        <w:t xml:space="preserve">: </w:t>
      </w:r>
      <w:proofErr w:type="spellStart"/>
      <w:r w:rsidR="00167355" w:rsidRPr="00167355">
        <w:rPr>
          <w:rFonts w:ascii="Times New Roman" w:hAnsi="Times New Roman" w:cs="Times New Roman"/>
        </w:rPr>
        <w:t>Urząd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</w:rPr>
        <w:t>Miasta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</w:rPr>
        <w:t>Ostrowca</w:t>
      </w:r>
      <w:proofErr w:type="spellEnd"/>
      <w:r w:rsidR="00754CE9">
        <w:rPr>
          <w:rFonts w:ascii="Times New Roman" w:hAnsi="Times New Roman" w:cs="Times New Roman"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</w:rPr>
        <w:t>Świętokrzyskiego</w:t>
      </w:r>
      <w:proofErr w:type="spellEnd"/>
      <w:r w:rsidR="00167355" w:rsidRPr="00167355">
        <w:rPr>
          <w:rFonts w:ascii="Times New Roman" w:hAnsi="Times New Roman" w:cs="Times New Roman"/>
        </w:rPr>
        <w:t xml:space="preserve">, ul. J. </w:t>
      </w:r>
      <w:proofErr w:type="spellStart"/>
      <w:r w:rsidR="00167355" w:rsidRPr="00167355">
        <w:rPr>
          <w:rFonts w:ascii="Times New Roman" w:hAnsi="Times New Roman" w:cs="Times New Roman"/>
        </w:rPr>
        <w:t>Głogowskiego</w:t>
      </w:r>
      <w:proofErr w:type="spellEnd"/>
      <w:r w:rsidR="00167355" w:rsidRPr="00167355">
        <w:rPr>
          <w:rFonts w:ascii="Times New Roman" w:hAnsi="Times New Roman" w:cs="Times New Roman"/>
        </w:rPr>
        <w:t xml:space="preserve"> 3/5, </w:t>
      </w:r>
      <w:r w:rsidR="00167355" w:rsidRPr="00167355">
        <w:rPr>
          <w:rFonts w:ascii="Times New Roman" w:hAnsi="Times New Roman" w:cs="Times New Roman"/>
        </w:rPr>
        <w:br/>
        <w:t xml:space="preserve">                                    27 – 400 Ostrowiec </w:t>
      </w:r>
      <w:proofErr w:type="spellStart"/>
      <w:r w:rsidR="00167355" w:rsidRPr="00167355">
        <w:rPr>
          <w:rFonts w:ascii="Times New Roman" w:hAnsi="Times New Roman" w:cs="Times New Roman"/>
        </w:rPr>
        <w:t>Świętokrzyski</w:t>
      </w:r>
      <w:proofErr w:type="spellEnd"/>
    </w:p>
    <w:p w:rsidR="00011CBE" w:rsidRPr="00167355" w:rsidRDefault="00847D9D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Komisja</w:t>
      </w:r>
      <w:proofErr w:type="spellEnd"/>
      <w:r w:rsidR="00F7089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Konkursowa</w:t>
      </w:r>
      <w:proofErr w:type="spellEnd"/>
      <w:r>
        <w:rPr>
          <w:rFonts w:ascii="Times New Roman" w:hAnsi="Times New Roman" w:cs="Times New Roman"/>
          <w:color w:val="auto"/>
          <w:sz w:val="22"/>
          <w:szCs w:val="22"/>
        </w:rPr>
        <w:t xml:space="preserve"> w </w:t>
      </w: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składzie</w:t>
      </w:r>
      <w:proofErr w:type="spellEnd"/>
      <w:r w:rsidR="00A84E0E"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1. ......................................................................................................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2. ......................................................................................................</w:t>
      </w:r>
    </w:p>
    <w:p w:rsidR="00011CBE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3. ......................................................................................................</w:t>
      </w:r>
    </w:p>
    <w:p w:rsidR="00847D9D" w:rsidRDefault="00057EB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</w:t>
      </w:r>
      <w:r w:rsidR="00847D9D">
        <w:rPr>
          <w:rFonts w:ascii="Times New Roman" w:hAnsi="Times New Roman" w:cs="Times New Roman"/>
        </w:rPr>
        <w:t>okonała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BF576B">
        <w:rPr>
          <w:rFonts w:ascii="Times New Roman" w:hAnsi="Times New Roman" w:cs="Times New Roman"/>
        </w:rPr>
        <w:t>oceny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BF576B">
        <w:rPr>
          <w:rFonts w:ascii="Times New Roman" w:hAnsi="Times New Roman" w:cs="Times New Roman"/>
        </w:rPr>
        <w:t>merytorycznej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847D9D">
        <w:rPr>
          <w:rFonts w:ascii="Times New Roman" w:hAnsi="Times New Roman" w:cs="Times New Roman"/>
        </w:rPr>
        <w:t>następujących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847D9D">
        <w:rPr>
          <w:rFonts w:ascii="Times New Roman" w:hAnsi="Times New Roman" w:cs="Times New Roman"/>
        </w:rPr>
        <w:t>ofert</w:t>
      </w:r>
      <w:proofErr w:type="spellEnd"/>
      <w:r w:rsidR="007E27E3">
        <w:rPr>
          <w:rFonts w:ascii="Times New Roman" w:hAnsi="Times New Roman" w:cs="Times New Roman"/>
        </w:rPr>
        <w:t xml:space="preserve"> w </w:t>
      </w:r>
      <w:proofErr w:type="spellStart"/>
      <w:r w:rsidR="007E27E3">
        <w:rPr>
          <w:rFonts w:ascii="Times New Roman" w:hAnsi="Times New Roman" w:cs="Times New Roman"/>
        </w:rPr>
        <w:t>łącznej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liczbie</w:t>
      </w:r>
      <w:proofErr w:type="spellEnd"/>
      <w:r w:rsidR="007E27E3">
        <w:rPr>
          <w:rFonts w:ascii="Times New Roman" w:hAnsi="Times New Roman" w:cs="Times New Roman"/>
        </w:rPr>
        <w:t xml:space="preserve"> ……</w:t>
      </w:r>
      <w:r>
        <w:rPr>
          <w:rFonts w:ascii="Times New Roman" w:hAnsi="Times New Roman" w:cs="Times New Roman"/>
        </w:rPr>
        <w:t>..</w:t>
      </w:r>
      <w:r w:rsidR="007E27E3">
        <w:rPr>
          <w:rFonts w:ascii="Times New Roman" w:hAnsi="Times New Roman" w:cs="Times New Roman"/>
        </w:rPr>
        <w:t>…</w:t>
      </w:r>
      <w:proofErr w:type="spellStart"/>
      <w:r w:rsidR="007E27E3">
        <w:rPr>
          <w:rFonts w:ascii="Times New Roman" w:hAnsi="Times New Roman" w:cs="Times New Roman"/>
        </w:rPr>
        <w:t>sztuk</w:t>
      </w:r>
      <w:proofErr w:type="spellEnd"/>
      <w:r w:rsidR="007E27E3">
        <w:rPr>
          <w:rFonts w:ascii="Times New Roman" w:hAnsi="Times New Roman" w:cs="Times New Roman"/>
        </w:rPr>
        <w:t xml:space="preserve">, </w:t>
      </w:r>
      <w:proofErr w:type="spellStart"/>
      <w:r w:rsidR="007E27E3">
        <w:rPr>
          <w:rFonts w:ascii="Times New Roman" w:hAnsi="Times New Roman" w:cs="Times New Roman"/>
        </w:rPr>
        <w:t>które</w:t>
      </w:r>
      <w:proofErr w:type="spellEnd"/>
      <w:r w:rsidR="007E27E3">
        <w:rPr>
          <w:rFonts w:ascii="Times New Roman" w:hAnsi="Times New Roman" w:cs="Times New Roman"/>
        </w:rPr>
        <w:t xml:space="preserve"> w </w:t>
      </w:r>
      <w:proofErr w:type="spellStart"/>
      <w:r w:rsidR="007E27E3">
        <w:rPr>
          <w:rFonts w:ascii="Times New Roman" w:hAnsi="Times New Roman" w:cs="Times New Roman"/>
        </w:rPr>
        <w:t>pierwszym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etapie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tj</w:t>
      </w:r>
      <w:proofErr w:type="spellEnd"/>
      <w:r w:rsidR="007E27E3">
        <w:rPr>
          <w:rFonts w:ascii="Times New Roman" w:hAnsi="Times New Roman" w:cs="Times New Roman"/>
        </w:rPr>
        <w:t xml:space="preserve">. </w:t>
      </w:r>
      <w:proofErr w:type="spellStart"/>
      <w:r w:rsidR="007E27E3">
        <w:rPr>
          <w:rFonts w:ascii="Times New Roman" w:hAnsi="Times New Roman" w:cs="Times New Roman"/>
        </w:rPr>
        <w:t>ocenie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formalnej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uzyskały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wymaganą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ocenę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E27E3">
        <w:rPr>
          <w:rFonts w:ascii="Times New Roman" w:hAnsi="Times New Roman" w:cs="Times New Roman"/>
        </w:rPr>
        <w:t>pozytywną</w:t>
      </w:r>
      <w:proofErr w:type="spellEnd"/>
      <w:r w:rsidR="00847D9D">
        <w:rPr>
          <w:rFonts w:ascii="Times New Roman" w:hAnsi="Times New Roman" w:cs="Times New Roman"/>
        </w:rPr>
        <w:t>:</w:t>
      </w:r>
    </w:p>
    <w:p w:rsidR="00847D9D" w:rsidRPr="00847D9D" w:rsidRDefault="00847D9D">
      <w:pPr>
        <w:rPr>
          <w:rFonts w:ascii="Times New Roman" w:hAnsi="Times New Roman" w:cs="Times New Roman"/>
          <w:b/>
          <w:u w:val="single"/>
        </w:rPr>
      </w:pPr>
      <w:r w:rsidRPr="00847D9D">
        <w:rPr>
          <w:rFonts w:ascii="Times New Roman" w:hAnsi="Times New Roman" w:cs="Times New Roman"/>
          <w:b/>
          <w:u w:val="single"/>
        </w:rPr>
        <w:t>OFERTA NR 1</w:t>
      </w:r>
    </w:p>
    <w:p w:rsidR="00011CBE" w:rsidRPr="00167355" w:rsidRDefault="00A84E0E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Nazwa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oferenta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</w:t>
      </w:r>
      <w:r w:rsidR="00847D9D">
        <w:rPr>
          <w:rFonts w:ascii="Times New Roman" w:hAnsi="Times New Roman" w:cs="Times New Roman"/>
        </w:rPr>
        <w:t>.............................................</w:t>
      </w:r>
      <w:r w:rsidRPr="00167355">
        <w:rPr>
          <w:rFonts w:ascii="Times New Roman" w:hAnsi="Times New Roman" w:cs="Times New Roman"/>
        </w:rPr>
        <w:t>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Numer oferty: 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Data wpływu oferty: ..............</w:t>
      </w:r>
      <w:r w:rsidR="00847D9D">
        <w:rPr>
          <w:rFonts w:ascii="Times New Roman" w:hAnsi="Times New Roman" w:cs="Times New Roman"/>
        </w:rPr>
        <w:t>....................................</w:t>
      </w:r>
      <w:r w:rsidRPr="00167355">
        <w:rPr>
          <w:rFonts w:ascii="Times New Roman" w:hAnsi="Times New Roman" w:cs="Times New Roman"/>
        </w:rPr>
        <w:t>....... godzina .........................</w:t>
      </w:r>
    </w:p>
    <w:p w:rsidR="00011CBE" w:rsidRPr="00EA4255" w:rsidRDefault="00BF576B">
      <w:pPr>
        <w:rPr>
          <w:rFonts w:ascii="Times New Roman" w:hAnsi="Times New Roman" w:cs="Times New Roman"/>
          <w:b/>
        </w:rPr>
      </w:pPr>
      <w:proofErr w:type="spellStart"/>
      <w:r w:rsidRPr="00EA4255">
        <w:rPr>
          <w:rFonts w:ascii="Times New Roman" w:hAnsi="Times New Roman" w:cs="Times New Roman"/>
          <w:b/>
        </w:rPr>
        <w:t>Ocena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merytoryczna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oferty</w:t>
      </w:r>
      <w:proofErr w:type="spellEnd"/>
      <w:r w:rsidRPr="00EA4255">
        <w:rPr>
          <w:rFonts w:ascii="Times New Roman" w:hAnsi="Times New Roman" w:cs="Times New Roman"/>
          <w:b/>
        </w:rPr>
        <w:t>:</w:t>
      </w:r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="00EA4255" w:rsidRPr="00EA4255">
        <w:rPr>
          <w:rFonts w:ascii="Times New Roman" w:hAnsi="Times New Roman" w:cs="Times New Roman"/>
          <w:b/>
        </w:rPr>
        <w:t>suma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="00EA4255" w:rsidRPr="00EA4255">
        <w:rPr>
          <w:rFonts w:ascii="Times New Roman" w:hAnsi="Times New Roman" w:cs="Times New Roman"/>
          <w:b/>
        </w:rPr>
        <w:t>uzyskanych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="00EA4255" w:rsidRPr="00EA4255">
        <w:rPr>
          <w:rFonts w:ascii="Times New Roman" w:hAnsi="Times New Roman" w:cs="Times New Roman"/>
          <w:b/>
        </w:rPr>
        <w:t>punktów</w:t>
      </w:r>
      <w:proofErr w:type="spellEnd"/>
      <w:r w:rsidR="00EA4255" w:rsidRPr="00EA4255">
        <w:rPr>
          <w:rFonts w:ascii="Times New Roman" w:hAnsi="Times New Roman" w:cs="Times New Roman"/>
          <w:b/>
        </w:rPr>
        <w:t xml:space="preserve"> - ………………..</w:t>
      </w:r>
    </w:p>
    <w:p w:rsidR="00011CBE" w:rsidRPr="00167355" w:rsidRDefault="00BF576B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Wynik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oceny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merytorycznej</w:t>
      </w:r>
      <w:proofErr w:type="spellEnd"/>
      <w:r w:rsidR="00A84E0E" w:rsidRPr="00167355">
        <w:rPr>
          <w:rFonts w:ascii="Times New Roman" w:hAnsi="Times New Roman" w:cs="Times New Roman"/>
        </w:rPr>
        <w:t>: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="00F70890">
        <w:rPr>
          <w:rFonts w:ascii="Times New Roman" w:hAnsi="Times New Roman" w:cs="Times New Roman"/>
        </w:rPr>
        <w:t>powyżej</w:t>
      </w:r>
      <w:proofErr w:type="spellEnd"/>
      <w:r w:rsidR="00F70890">
        <w:rPr>
          <w:rFonts w:ascii="Times New Roman" w:hAnsi="Times New Roman" w:cs="Times New Roman"/>
        </w:rPr>
        <w:t xml:space="preserve"> </w:t>
      </w:r>
      <w:r w:rsidRPr="00167355">
        <w:rPr>
          <w:rFonts w:ascii="Times New Roman" w:hAnsi="Times New Roman" w:cs="Times New Roman"/>
        </w:rPr>
        <w:t xml:space="preserve">91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bardzo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dobry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rekomendowany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realizacji</w:t>
      </w:r>
      <w:proofErr w:type="spellEnd"/>
      <w:r w:rsidRPr="00167355">
        <w:rPr>
          <w:rFonts w:ascii="Times New Roman" w:hAnsi="Times New Roman" w:cs="Times New Roman"/>
        </w:rPr>
        <w:t xml:space="preserve"> bez zastrzeżeń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75–90 pkt: wniosek dobry – rekomendowany, ewentualnie z uwagami do uzupełnienia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60–74 pkt: wniosek przeciętny – możliwy do realizacji po istotnych uzupełnieniach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="00F70890">
        <w:rPr>
          <w:rFonts w:ascii="Times New Roman" w:cs="Times New Roman"/>
        </w:rPr>
        <w:t xml:space="preserve"> </w:t>
      </w:r>
      <w:proofErr w:type="spellStart"/>
      <w:r w:rsidR="00F70890">
        <w:rPr>
          <w:rFonts w:ascii="Times New Roman" w:cs="Times New Roman"/>
        </w:rPr>
        <w:t>poni</w:t>
      </w:r>
      <w:r w:rsidR="00F70890">
        <w:rPr>
          <w:rFonts w:ascii="Times New Roman" w:cs="Times New Roman"/>
        </w:rPr>
        <w:t>ż</w:t>
      </w:r>
      <w:r w:rsidR="00F70890">
        <w:rPr>
          <w:rFonts w:ascii="Times New Roman" w:cs="Times New Roman"/>
        </w:rPr>
        <w:t>ej</w:t>
      </w:r>
      <w:proofErr w:type="spellEnd"/>
      <w:r w:rsidR="00F70890">
        <w:rPr>
          <w:rFonts w:ascii="Times New Roman" w:cs="Times New Roman"/>
        </w:rPr>
        <w:t xml:space="preserve"> </w:t>
      </w:r>
      <w:r w:rsidRPr="00167355">
        <w:rPr>
          <w:rFonts w:ascii="Times New Roman" w:hAnsi="Times New Roman" w:cs="Times New Roman"/>
        </w:rPr>
        <w:t xml:space="preserve">60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nierekomendowany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dofinansowania</w:t>
      </w:r>
      <w:proofErr w:type="spellEnd"/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 xml:space="preserve">Komisja Konkursowa opiniuje ofertę: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p</w:t>
      </w:r>
      <w:r w:rsidRPr="00167355">
        <w:rPr>
          <w:rFonts w:ascii="Times New Roman" w:hAnsi="Times New Roman" w:cs="Times New Roman"/>
        </w:rPr>
        <w:t>ozytywnie</w:t>
      </w:r>
      <w:proofErr w:type="spellEnd"/>
      <w:r w:rsidRPr="00167355">
        <w:rPr>
          <w:rFonts w:ascii="Times New Roman" w:hAnsi="Times New Roman" w:cs="Times New Roman"/>
        </w:rPr>
        <w:t xml:space="preserve">   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n</w:t>
      </w:r>
      <w:r w:rsidRPr="00167355">
        <w:rPr>
          <w:rFonts w:ascii="Times New Roman" w:hAnsi="Times New Roman" w:cs="Times New Roman"/>
        </w:rPr>
        <w:t>egatywnie</w:t>
      </w:r>
      <w:proofErr w:type="spellEnd"/>
    </w:p>
    <w:p w:rsidR="00011CBE" w:rsidRPr="00167355" w:rsidRDefault="00A84E0E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  <w:r w:rsidRPr="00167355">
        <w:rPr>
          <w:rFonts w:ascii="Times New Roman" w:hAnsi="Times New Roman" w:cs="Times New Roman"/>
          <w:color w:val="auto"/>
          <w:sz w:val="22"/>
          <w:szCs w:val="22"/>
        </w:rPr>
        <w:t>Uwagi końcowe Komisji Konkursowej: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011CBE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BF576B" w:rsidRPr="00847D9D" w:rsidRDefault="00BF576B" w:rsidP="00BF576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OFERTA NR 2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Nazwa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oferenta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</w:t>
      </w:r>
      <w:r>
        <w:rPr>
          <w:rFonts w:ascii="Times New Roman" w:hAnsi="Times New Roman" w:cs="Times New Roman"/>
        </w:rPr>
        <w:t>.............................................</w:t>
      </w:r>
      <w:r w:rsidRPr="00167355">
        <w:rPr>
          <w:rFonts w:ascii="Times New Roman" w:hAnsi="Times New Roman" w:cs="Times New Roman"/>
        </w:rPr>
        <w:t>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Numer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....................................................................................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 xml:space="preserve">Data </w:t>
      </w:r>
      <w:proofErr w:type="spellStart"/>
      <w:r w:rsidRPr="00167355">
        <w:rPr>
          <w:rFonts w:ascii="Times New Roman" w:hAnsi="Times New Roman" w:cs="Times New Roman"/>
        </w:rPr>
        <w:t>wpływu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</w:t>
      </w:r>
      <w:r>
        <w:rPr>
          <w:rFonts w:ascii="Times New Roman" w:hAnsi="Times New Roman" w:cs="Times New Roman"/>
        </w:rPr>
        <w:t>....................................</w:t>
      </w:r>
      <w:r w:rsidRPr="00167355">
        <w:rPr>
          <w:rFonts w:ascii="Times New Roman" w:hAnsi="Times New Roman" w:cs="Times New Roman"/>
        </w:rPr>
        <w:t xml:space="preserve">....... </w:t>
      </w:r>
      <w:proofErr w:type="spellStart"/>
      <w:r w:rsidRPr="00167355">
        <w:rPr>
          <w:rFonts w:ascii="Times New Roman" w:hAnsi="Times New Roman" w:cs="Times New Roman"/>
        </w:rPr>
        <w:t>godzina</w:t>
      </w:r>
      <w:proofErr w:type="spellEnd"/>
      <w:r w:rsidRPr="00167355">
        <w:rPr>
          <w:rFonts w:ascii="Times New Roman" w:hAnsi="Times New Roman" w:cs="Times New Roman"/>
        </w:rPr>
        <w:t xml:space="preserve"> .........................</w:t>
      </w:r>
    </w:p>
    <w:p w:rsidR="00EA4255" w:rsidRPr="00EA4255" w:rsidRDefault="00EA4255" w:rsidP="00EA4255">
      <w:pPr>
        <w:rPr>
          <w:rFonts w:ascii="Times New Roman" w:hAnsi="Times New Roman" w:cs="Times New Roman"/>
          <w:b/>
        </w:rPr>
      </w:pPr>
      <w:proofErr w:type="spellStart"/>
      <w:r w:rsidRPr="00EA4255">
        <w:rPr>
          <w:rFonts w:ascii="Times New Roman" w:hAnsi="Times New Roman" w:cs="Times New Roman"/>
          <w:b/>
        </w:rPr>
        <w:t>Ocena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merytoryczna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oferty</w:t>
      </w:r>
      <w:proofErr w:type="spellEnd"/>
      <w:r w:rsidRPr="00EA4255">
        <w:rPr>
          <w:rFonts w:ascii="Times New Roman" w:hAnsi="Times New Roman" w:cs="Times New Roman"/>
          <w:b/>
        </w:rPr>
        <w:t xml:space="preserve">: </w:t>
      </w:r>
      <w:proofErr w:type="spellStart"/>
      <w:r w:rsidRPr="00EA4255">
        <w:rPr>
          <w:rFonts w:ascii="Times New Roman" w:hAnsi="Times New Roman" w:cs="Times New Roman"/>
          <w:b/>
        </w:rPr>
        <w:t>suma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uzyskanych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="00057EBD">
        <w:rPr>
          <w:rFonts w:ascii="Times New Roman" w:hAnsi="Times New Roman" w:cs="Times New Roman"/>
          <w:b/>
        </w:rPr>
        <w:t>punktów</w:t>
      </w:r>
      <w:proofErr w:type="spellEnd"/>
      <w:r w:rsidRPr="00EA4255">
        <w:rPr>
          <w:rFonts w:ascii="Times New Roman" w:hAnsi="Times New Roman" w:cs="Times New Roman"/>
          <w:b/>
        </w:rPr>
        <w:t>- ………………..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Wynik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oceny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merytorycznej</w:t>
      </w:r>
      <w:proofErr w:type="spellEnd"/>
      <w:r w:rsidRPr="00167355">
        <w:rPr>
          <w:rFonts w:ascii="Times New Roman" w:hAnsi="Times New Roman" w:cs="Times New Roman"/>
        </w:rPr>
        <w:t>: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91–100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bardzo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dobry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rekomendowany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realizacji</w:t>
      </w:r>
      <w:proofErr w:type="spellEnd"/>
      <w:r w:rsidRPr="00167355">
        <w:rPr>
          <w:rFonts w:ascii="Times New Roman" w:hAnsi="Times New Roman" w:cs="Times New Roman"/>
        </w:rPr>
        <w:t xml:space="preserve"> bez </w:t>
      </w:r>
      <w:proofErr w:type="spellStart"/>
      <w:r w:rsidRPr="00167355">
        <w:rPr>
          <w:rFonts w:ascii="Times New Roman" w:hAnsi="Times New Roman" w:cs="Times New Roman"/>
        </w:rPr>
        <w:t>zastrzeżeń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75–90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dobry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rekomendowany</w:t>
      </w:r>
      <w:proofErr w:type="spellEnd"/>
      <w:r w:rsidRPr="00167355">
        <w:rPr>
          <w:rFonts w:ascii="Times New Roman" w:hAnsi="Times New Roman" w:cs="Times New Roman"/>
        </w:rPr>
        <w:t xml:space="preserve">, </w:t>
      </w:r>
      <w:proofErr w:type="spellStart"/>
      <w:r w:rsidRPr="00167355">
        <w:rPr>
          <w:rFonts w:ascii="Times New Roman" w:hAnsi="Times New Roman" w:cs="Times New Roman"/>
        </w:rPr>
        <w:t>ewentualnie</w:t>
      </w:r>
      <w:proofErr w:type="spellEnd"/>
      <w:r w:rsidRPr="00167355">
        <w:rPr>
          <w:rFonts w:ascii="Times New Roman" w:hAnsi="Times New Roman" w:cs="Times New Roman"/>
        </w:rPr>
        <w:t xml:space="preserve"> z </w:t>
      </w:r>
      <w:proofErr w:type="spellStart"/>
      <w:r w:rsidRPr="00167355">
        <w:rPr>
          <w:rFonts w:ascii="Times New Roman" w:hAnsi="Times New Roman" w:cs="Times New Roman"/>
        </w:rPr>
        <w:t>uwagami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uzupełnienia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60–74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przeciętny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możliwy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realizacji</w:t>
      </w:r>
      <w:proofErr w:type="spellEnd"/>
      <w:r w:rsidRPr="00167355">
        <w:rPr>
          <w:rFonts w:ascii="Times New Roman" w:hAnsi="Times New Roman" w:cs="Times New Roman"/>
        </w:rPr>
        <w:t xml:space="preserve"> po </w:t>
      </w:r>
      <w:proofErr w:type="spellStart"/>
      <w:r w:rsidRPr="00167355">
        <w:rPr>
          <w:rFonts w:ascii="Times New Roman" w:hAnsi="Times New Roman" w:cs="Times New Roman"/>
        </w:rPr>
        <w:t>istotnych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uzupełnieniach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="00057EBD">
        <w:rPr>
          <w:rFonts w:ascii="Times New Roman" w:hAns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poniżej</w:t>
      </w:r>
      <w:proofErr w:type="spellEnd"/>
      <w:r w:rsidRPr="00167355">
        <w:rPr>
          <w:rFonts w:ascii="Times New Roman" w:hAnsi="Times New Roman" w:cs="Times New Roman"/>
        </w:rPr>
        <w:t xml:space="preserve"> 60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nierekomendowany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dofinansowania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Komisja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Konkursowa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opiniuje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ofertę</w:t>
      </w:r>
      <w:proofErr w:type="spellEnd"/>
      <w:r w:rsidRPr="00167355">
        <w:rPr>
          <w:rFonts w:ascii="Times New Roman" w:hAnsi="Times New Roman" w:cs="Times New Roman"/>
        </w:rPr>
        <w:t xml:space="preserve">: </w:t>
      </w:r>
      <w:r w:rsidR="00057EBD">
        <w:rPr>
          <w:rFonts w:ascii="Times New Roman" w:hAnsi="Times New Roman" w:cs="Times New Roman"/>
        </w:rPr>
        <w:t xml:space="preserve"> </w:t>
      </w:r>
      <w:r w:rsidRPr="00167355">
        <w:rPr>
          <w:rFonts w:ascii="Times New Roman" w:cs="Times New Roman"/>
        </w:rPr>
        <w:t>☐</w:t>
      </w:r>
      <w:r w:rsidR="00057EBD">
        <w:rPr>
          <w:rFonts w:asci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p</w:t>
      </w:r>
      <w:r w:rsidRPr="00167355">
        <w:rPr>
          <w:rFonts w:ascii="Times New Roman" w:hAnsi="Times New Roman" w:cs="Times New Roman"/>
        </w:rPr>
        <w:t>ozytywnie</w:t>
      </w:r>
      <w:proofErr w:type="spellEnd"/>
      <w:r w:rsidR="00057EBD">
        <w:rPr>
          <w:rFonts w:ascii="Times New Roman" w:hAnsi="Times New Roman" w:cs="Times New Roman"/>
        </w:rPr>
        <w:t xml:space="preserve">   </w:t>
      </w:r>
      <w:r w:rsidRPr="00167355">
        <w:rPr>
          <w:rFonts w:ascii="Times New Roman" w:cs="Times New Roman"/>
        </w:rPr>
        <w:t>☐</w:t>
      </w:r>
      <w:r w:rsidR="00057EBD">
        <w:rPr>
          <w:rFonts w:asci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n</w:t>
      </w:r>
      <w:r w:rsidRPr="00167355">
        <w:rPr>
          <w:rFonts w:ascii="Times New Roman" w:hAnsi="Times New Roman" w:cs="Times New Roman"/>
        </w:rPr>
        <w:t>egatywnie</w:t>
      </w:r>
      <w:proofErr w:type="spellEnd"/>
    </w:p>
    <w:p w:rsidR="00BF576B" w:rsidRPr="00167355" w:rsidRDefault="00BF576B" w:rsidP="00BF576B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Uwagi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końcowe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Komisji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Konkursowej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BF576B" w:rsidRPr="00847D9D" w:rsidRDefault="00BF576B" w:rsidP="00BF576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OFERTA NR 3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Nazwa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oferenta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</w:t>
      </w:r>
      <w:r>
        <w:rPr>
          <w:rFonts w:ascii="Times New Roman" w:hAnsi="Times New Roman" w:cs="Times New Roman"/>
        </w:rPr>
        <w:t>.............................................</w:t>
      </w:r>
      <w:r w:rsidRPr="00167355">
        <w:rPr>
          <w:rFonts w:ascii="Times New Roman" w:hAnsi="Times New Roman" w:cs="Times New Roman"/>
        </w:rPr>
        <w:t>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Numer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....................................................................................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 xml:space="preserve">Data </w:t>
      </w:r>
      <w:proofErr w:type="spellStart"/>
      <w:r w:rsidRPr="00167355">
        <w:rPr>
          <w:rFonts w:ascii="Times New Roman" w:hAnsi="Times New Roman" w:cs="Times New Roman"/>
        </w:rPr>
        <w:t>wpływu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</w:t>
      </w:r>
      <w:r>
        <w:rPr>
          <w:rFonts w:ascii="Times New Roman" w:hAnsi="Times New Roman" w:cs="Times New Roman"/>
        </w:rPr>
        <w:t>....................................</w:t>
      </w:r>
      <w:r w:rsidRPr="00167355">
        <w:rPr>
          <w:rFonts w:ascii="Times New Roman" w:hAnsi="Times New Roman" w:cs="Times New Roman"/>
        </w:rPr>
        <w:t xml:space="preserve">....... </w:t>
      </w:r>
      <w:proofErr w:type="spellStart"/>
      <w:r w:rsidRPr="00167355">
        <w:rPr>
          <w:rFonts w:ascii="Times New Roman" w:hAnsi="Times New Roman" w:cs="Times New Roman"/>
        </w:rPr>
        <w:t>godzina</w:t>
      </w:r>
      <w:proofErr w:type="spellEnd"/>
      <w:r w:rsidRPr="00167355">
        <w:rPr>
          <w:rFonts w:ascii="Times New Roman" w:hAnsi="Times New Roman" w:cs="Times New Roman"/>
        </w:rPr>
        <w:t xml:space="preserve"> .........................</w:t>
      </w:r>
    </w:p>
    <w:p w:rsidR="00EA4255" w:rsidRPr="00EA4255" w:rsidRDefault="00EA4255" w:rsidP="00EA4255">
      <w:pPr>
        <w:rPr>
          <w:rFonts w:ascii="Times New Roman" w:hAnsi="Times New Roman" w:cs="Times New Roman"/>
          <w:b/>
        </w:rPr>
      </w:pPr>
      <w:proofErr w:type="spellStart"/>
      <w:r w:rsidRPr="00EA4255">
        <w:rPr>
          <w:rFonts w:ascii="Times New Roman" w:hAnsi="Times New Roman" w:cs="Times New Roman"/>
          <w:b/>
        </w:rPr>
        <w:t>Ocena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merytoryczna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oferty</w:t>
      </w:r>
      <w:proofErr w:type="spellEnd"/>
      <w:r w:rsidRPr="00EA4255">
        <w:rPr>
          <w:rFonts w:ascii="Times New Roman" w:hAnsi="Times New Roman" w:cs="Times New Roman"/>
          <w:b/>
        </w:rPr>
        <w:t xml:space="preserve">: </w:t>
      </w:r>
      <w:proofErr w:type="spellStart"/>
      <w:r w:rsidRPr="00EA4255">
        <w:rPr>
          <w:rFonts w:ascii="Times New Roman" w:hAnsi="Times New Roman" w:cs="Times New Roman"/>
          <w:b/>
        </w:rPr>
        <w:t>suma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uzyskanych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punktów</w:t>
      </w:r>
      <w:proofErr w:type="spellEnd"/>
      <w:r w:rsidRPr="00EA4255">
        <w:rPr>
          <w:rFonts w:ascii="Times New Roman" w:hAnsi="Times New Roman" w:cs="Times New Roman"/>
          <w:b/>
        </w:rPr>
        <w:t xml:space="preserve"> - ………………..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Wynik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oceny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merytorycznej</w:t>
      </w:r>
      <w:proofErr w:type="spellEnd"/>
      <w:r w:rsidRPr="00167355">
        <w:rPr>
          <w:rFonts w:ascii="Times New Roman" w:hAnsi="Times New Roman" w:cs="Times New Roman"/>
        </w:rPr>
        <w:t>: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91–100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bardzo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dobry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rekomendowany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realizacji</w:t>
      </w:r>
      <w:proofErr w:type="spellEnd"/>
      <w:r w:rsidRPr="00167355">
        <w:rPr>
          <w:rFonts w:ascii="Times New Roman" w:hAnsi="Times New Roman" w:cs="Times New Roman"/>
        </w:rPr>
        <w:t xml:space="preserve"> bez </w:t>
      </w:r>
      <w:proofErr w:type="spellStart"/>
      <w:r w:rsidRPr="00167355">
        <w:rPr>
          <w:rFonts w:ascii="Times New Roman" w:hAnsi="Times New Roman" w:cs="Times New Roman"/>
        </w:rPr>
        <w:t>zastrzeżeń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75–90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dobry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rekomendowany</w:t>
      </w:r>
      <w:proofErr w:type="spellEnd"/>
      <w:r w:rsidRPr="00167355">
        <w:rPr>
          <w:rFonts w:ascii="Times New Roman" w:hAnsi="Times New Roman" w:cs="Times New Roman"/>
        </w:rPr>
        <w:t xml:space="preserve">, </w:t>
      </w:r>
      <w:proofErr w:type="spellStart"/>
      <w:r w:rsidRPr="00167355">
        <w:rPr>
          <w:rFonts w:ascii="Times New Roman" w:hAnsi="Times New Roman" w:cs="Times New Roman"/>
        </w:rPr>
        <w:t>ewentualnie</w:t>
      </w:r>
      <w:proofErr w:type="spellEnd"/>
      <w:r w:rsidRPr="00167355">
        <w:rPr>
          <w:rFonts w:ascii="Times New Roman" w:hAnsi="Times New Roman" w:cs="Times New Roman"/>
        </w:rPr>
        <w:t xml:space="preserve"> z </w:t>
      </w:r>
      <w:proofErr w:type="spellStart"/>
      <w:r w:rsidRPr="00167355">
        <w:rPr>
          <w:rFonts w:ascii="Times New Roman" w:hAnsi="Times New Roman" w:cs="Times New Roman"/>
        </w:rPr>
        <w:t>uwagami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uzupełnienia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60–74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przeciętny</w:t>
      </w:r>
      <w:proofErr w:type="spellEnd"/>
      <w:r w:rsidRPr="00167355">
        <w:rPr>
          <w:rFonts w:ascii="Times New Roman" w:hAnsi="Times New Roman" w:cs="Times New Roman"/>
        </w:rPr>
        <w:t xml:space="preserve"> – </w:t>
      </w:r>
      <w:proofErr w:type="spellStart"/>
      <w:r w:rsidRPr="00167355">
        <w:rPr>
          <w:rFonts w:ascii="Times New Roman" w:hAnsi="Times New Roman" w:cs="Times New Roman"/>
        </w:rPr>
        <w:t>możliwy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realizacji</w:t>
      </w:r>
      <w:proofErr w:type="spellEnd"/>
      <w:r w:rsidRPr="00167355">
        <w:rPr>
          <w:rFonts w:ascii="Times New Roman" w:hAnsi="Times New Roman" w:cs="Times New Roman"/>
        </w:rPr>
        <w:t xml:space="preserve"> po </w:t>
      </w:r>
      <w:proofErr w:type="spellStart"/>
      <w:r w:rsidRPr="00167355">
        <w:rPr>
          <w:rFonts w:ascii="Times New Roman" w:hAnsi="Times New Roman" w:cs="Times New Roman"/>
        </w:rPr>
        <w:t>istotnych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uzupełnieniach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cs="Times New Roman"/>
        </w:rPr>
        <w:t>☐</w:t>
      </w:r>
      <w:r w:rsidR="00057EBD">
        <w:rPr>
          <w:rFonts w:ascii="Times New Roman" w:hAns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poniżej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r w:rsidRPr="00167355">
        <w:rPr>
          <w:rFonts w:ascii="Times New Roman" w:hAnsi="Times New Roman" w:cs="Times New Roman"/>
        </w:rPr>
        <w:t xml:space="preserve">60 pkt: </w:t>
      </w:r>
      <w:proofErr w:type="spellStart"/>
      <w:r w:rsidRPr="00167355">
        <w:rPr>
          <w:rFonts w:ascii="Times New Roman" w:hAnsi="Times New Roman" w:cs="Times New Roman"/>
        </w:rPr>
        <w:t>wniosek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nierekomendowany</w:t>
      </w:r>
      <w:proofErr w:type="spellEnd"/>
      <w:r w:rsidRPr="00167355">
        <w:rPr>
          <w:rFonts w:ascii="Times New Roman" w:hAnsi="Times New Roman" w:cs="Times New Roman"/>
        </w:rPr>
        <w:t xml:space="preserve"> do </w:t>
      </w:r>
      <w:proofErr w:type="spellStart"/>
      <w:r w:rsidRPr="00167355">
        <w:rPr>
          <w:rFonts w:ascii="Times New Roman" w:hAnsi="Times New Roman" w:cs="Times New Roman"/>
        </w:rPr>
        <w:t>dofinansowania</w:t>
      </w:r>
      <w:proofErr w:type="spellEnd"/>
    </w:p>
    <w:p w:rsidR="00BF576B" w:rsidRPr="00167355" w:rsidRDefault="00BF576B" w:rsidP="00BF576B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Komisja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Konkursowa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opiniuje</w:t>
      </w:r>
      <w:proofErr w:type="spellEnd"/>
      <w:r w:rsidR="00057EBD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ofertę</w:t>
      </w:r>
      <w:proofErr w:type="spellEnd"/>
      <w:r w:rsidRPr="00167355">
        <w:rPr>
          <w:rFonts w:ascii="Times New Roman" w:hAnsi="Times New Roman" w:cs="Times New Roman"/>
        </w:rPr>
        <w:t xml:space="preserve">: </w:t>
      </w:r>
      <w:r w:rsidRPr="00167355">
        <w:rPr>
          <w:rFonts w:ascii="Times New Roman" w:cs="Times New Roman"/>
        </w:rPr>
        <w:t>☐</w:t>
      </w:r>
      <w:r w:rsidR="00057EBD">
        <w:rPr>
          <w:rFonts w:asci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p</w:t>
      </w:r>
      <w:r w:rsidRPr="00167355">
        <w:rPr>
          <w:rFonts w:ascii="Times New Roman" w:hAnsi="Times New Roman" w:cs="Times New Roman"/>
        </w:rPr>
        <w:t>ozytywnie</w:t>
      </w:r>
      <w:proofErr w:type="spellEnd"/>
      <w:r w:rsidR="00057EBD">
        <w:rPr>
          <w:rFonts w:ascii="Times New Roman" w:hAnsi="Times New Roman" w:cs="Times New Roman"/>
        </w:rPr>
        <w:t xml:space="preserve">   </w:t>
      </w:r>
      <w:r w:rsidRPr="00167355">
        <w:rPr>
          <w:rFonts w:ascii="Times New Roman" w:cs="Times New Roman"/>
        </w:rPr>
        <w:t>☐</w:t>
      </w:r>
      <w:r w:rsidR="00057EBD">
        <w:rPr>
          <w:rFonts w:ascii="Times New Roman" w:cs="Times New Roman"/>
        </w:rPr>
        <w:t xml:space="preserve"> </w:t>
      </w:r>
      <w:proofErr w:type="spellStart"/>
      <w:r w:rsidR="00057EBD">
        <w:rPr>
          <w:rFonts w:ascii="Times New Roman" w:hAnsi="Times New Roman" w:cs="Times New Roman"/>
        </w:rPr>
        <w:t>n</w:t>
      </w:r>
      <w:r w:rsidRPr="00167355">
        <w:rPr>
          <w:rFonts w:ascii="Times New Roman" w:hAnsi="Times New Roman" w:cs="Times New Roman"/>
        </w:rPr>
        <w:t>egatywnie</w:t>
      </w:r>
      <w:proofErr w:type="spellEnd"/>
    </w:p>
    <w:p w:rsidR="007E27E3" w:rsidRDefault="007E27E3" w:rsidP="00BF576B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</w:p>
    <w:p w:rsidR="00BF576B" w:rsidRPr="00167355" w:rsidRDefault="00BF576B" w:rsidP="00BF576B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Uwagi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końcowe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Komisji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Konkursowej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BF576B" w:rsidRPr="00167355" w:rsidRDefault="00BF576B" w:rsidP="00BF576B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EA4255" w:rsidRPr="00EA4255" w:rsidRDefault="00EA4255">
      <w:pPr>
        <w:rPr>
          <w:rFonts w:ascii="Times New Roman" w:hAnsi="Times New Roman" w:cs="Times New Roman"/>
          <w:b/>
        </w:rPr>
      </w:pPr>
      <w:proofErr w:type="spellStart"/>
      <w:r w:rsidRPr="00EA4255">
        <w:rPr>
          <w:rFonts w:ascii="Times New Roman" w:hAnsi="Times New Roman" w:cs="Times New Roman"/>
          <w:b/>
        </w:rPr>
        <w:t>Komisja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dokonała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wyboru</w:t>
      </w:r>
      <w:proofErr w:type="spellEnd"/>
      <w:r w:rsidR="00057EBD">
        <w:rPr>
          <w:rFonts w:ascii="Times New Roman" w:hAnsi="Times New Roman" w:cs="Times New Roman"/>
          <w:b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</w:rPr>
        <w:t>oferty</w:t>
      </w:r>
      <w:proofErr w:type="spellEnd"/>
      <w:r w:rsidRPr="00EA4255">
        <w:rPr>
          <w:rFonts w:ascii="Times New Roman" w:hAnsi="Times New Roman" w:cs="Times New Roman"/>
          <w:b/>
        </w:rPr>
        <w:t xml:space="preserve">……………………………………………………………………………., </w:t>
      </w:r>
    </w:p>
    <w:p w:rsidR="00BF576B" w:rsidRDefault="00057EB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z</w:t>
      </w:r>
      <w:r w:rsidR="00EA4255" w:rsidRPr="00EA4255">
        <w:rPr>
          <w:rFonts w:ascii="Times New Roman" w:hAnsi="Times New Roman" w:cs="Times New Roman"/>
          <w:b/>
        </w:rPr>
        <w:t>łożonej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 w:rsidR="00EA4255" w:rsidRPr="00EA4255">
        <w:rPr>
          <w:rFonts w:ascii="Times New Roman" w:hAnsi="Times New Roman" w:cs="Times New Roman"/>
          <w:b/>
        </w:rPr>
        <w:t>przez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 w:rsidR="00EA4255" w:rsidRPr="00EA4255">
        <w:rPr>
          <w:rFonts w:ascii="Times New Roman" w:hAnsi="Times New Roman" w:cs="Times New Roman"/>
          <w:b/>
        </w:rPr>
        <w:t>Oferenta</w:t>
      </w:r>
      <w:proofErr w:type="spellEnd"/>
      <w:r w:rsidR="00EA4255" w:rsidRPr="00EA4255">
        <w:rPr>
          <w:rFonts w:ascii="Times New Roman" w:hAnsi="Times New Roman" w:cs="Times New Roman"/>
          <w:b/>
        </w:rPr>
        <w:t>……………………………………………………………………………………….</w:t>
      </w:r>
    </w:p>
    <w:p w:rsidR="00EA4255" w:rsidRDefault="00EA4255">
      <w:pPr>
        <w:rPr>
          <w:rFonts w:ascii="Times New Roman" w:hAnsi="Times New Roman" w:cs="Times New Roman"/>
        </w:rPr>
      </w:pPr>
    </w:p>
    <w:p w:rsidR="00EA4255" w:rsidRPr="00167355" w:rsidRDefault="00EA4255" w:rsidP="00057EBD">
      <w:pPr>
        <w:spacing w:line="360" w:lineRule="auto"/>
        <w:rPr>
          <w:rFonts w:ascii="Times New Roman" w:hAnsi="Times New Roman" w:cs="Times New Roman"/>
        </w:rPr>
      </w:pPr>
      <w:proofErr w:type="spellStart"/>
      <w:r w:rsidRPr="00EA4255">
        <w:rPr>
          <w:rFonts w:ascii="Times New Roman" w:hAnsi="Times New Roman" w:cs="Times New Roman"/>
          <w:b/>
          <w:u w:val="single"/>
        </w:rPr>
        <w:t>Uzasadnienie</w:t>
      </w:r>
      <w:proofErr w:type="spellEnd"/>
      <w:r w:rsidR="00057EBD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  <w:u w:val="single"/>
        </w:rPr>
        <w:t>wyboru</w:t>
      </w:r>
      <w:proofErr w:type="spellEnd"/>
      <w:r w:rsidR="00057EBD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EA4255">
        <w:rPr>
          <w:rFonts w:ascii="Times New Roman" w:hAnsi="Times New Roman" w:cs="Times New Roman"/>
          <w:b/>
          <w:u w:val="single"/>
        </w:rPr>
        <w:t>oferty</w:t>
      </w:r>
      <w:proofErr w:type="spellEnd"/>
      <w:r w:rsidRPr="00EA4255">
        <w:rPr>
          <w:rFonts w:ascii="Times New Roman" w:hAnsi="Times New Roman" w:cs="Times New Roman"/>
          <w:b/>
          <w:u w:val="single"/>
        </w:rPr>
        <w:t>: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1102F" w:rsidRDefault="00A84E0E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Podpisy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członków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Komisji</w:t>
      </w:r>
      <w:proofErr w:type="spellEnd"/>
      <w:r w:rsidR="00057EB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011CBE" w:rsidRDefault="00A84E0E">
      <w:pPr>
        <w:pStyle w:val="Nagwek2"/>
        <w:rPr>
          <w:rFonts w:ascii="Times New Roman" w:hAnsi="Times New Roman" w:cs="Times New Roman"/>
          <w:color w:val="auto"/>
          <w:sz w:val="22"/>
          <w:szCs w:val="22"/>
        </w:rPr>
      </w:pPr>
      <w:bookmarkStart w:id="0" w:name="_GoBack"/>
      <w:bookmarkEnd w:id="0"/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Konkursowej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EA4255" w:rsidRPr="00EA4255" w:rsidRDefault="00EA4255" w:rsidP="00EA4255"/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1. ......................................................................................................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2. ......................................................................................................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3. ......................................................................................................</w:t>
      </w:r>
    </w:p>
    <w:p w:rsidR="00EA4255" w:rsidRDefault="00EA4255">
      <w:pPr>
        <w:rPr>
          <w:rFonts w:ascii="Times New Roman" w:hAnsi="Times New Roman" w:cs="Times New Roman"/>
        </w:rPr>
      </w:pPr>
    </w:p>
    <w:p w:rsidR="00EA4255" w:rsidRDefault="00EA4255">
      <w:pPr>
        <w:rPr>
          <w:rFonts w:ascii="Times New Roman" w:hAnsi="Times New Roman" w:cs="Times New Roman"/>
        </w:rPr>
      </w:pP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Ostrowiec Świętokrzyski, dnia .....................................................</w:t>
      </w:r>
    </w:p>
    <w:sectPr w:rsidR="00011CBE" w:rsidRPr="00167355" w:rsidSect="007E27E3">
      <w:footerReference w:type="default" r:id="rId8"/>
      <w:pgSz w:w="12240" w:h="15840"/>
      <w:pgMar w:top="567" w:right="1183" w:bottom="1440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15DE" w:rsidRDefault="004515DE" w:rsidP="007E27E3">
      <w:pPr>
        <w:spacing w:after="0" w:line="240" w:lineRule="auto"/>
      </w:pPr>
      <w:r>
        <w:separator/>
      </w:r>
    </w:p>
  </w:endnote>
  <w:endnote w:type="continuationSeparator" w:id="0">
    <w:p w:rsidR="004515DE" w:rsidRDefault="004515DE" w:rsidP="007E2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27170466"/>
      <w:docPartObj>
        <w:docPartGallery w:val="Page Numbers (Bottom of Page)"/>
        <w:docPartUnique/>
      </w:docPartObj>
    </w:sdtPr>
    <w:sdtEndPr/>
    <w:sdtContent>
      <w:p w:rsidR="007E27E3" w:rsidRDefault="00B742D6">
        <w:pPr>
          <w:pStyle w:val="Stopka"/>
          <w:jc w:val="center"/>
        </w:pPr>
        <w:r>
          <w:fldChar w:fldCharType="begin"/>
        </w:r>
        <w:r w:rsidR="007E27E3">
          <w:instrText>PAGE   \* MERGEFORMAT</w:instrText>
        </w:r>
        <w:r>
          <w:fldChar w:fldCharType="separate"/>
        </w:r>
        <w:r w:rsidR="00F70890" w:rsidRPr="00F70890">
          <w:rPr>
            <w:noProof/>
            <w:lang w:val="pl-PL"/>
          </w:rPr>
          <w:t>1</w:t>
        </w:r>
        <w:r>
          <w:fldChar w:fldCharType="end"/>
        </w:r>
      </w:p>
    </w:sdtContent>
  </w:sdt>
  <w:p w:rsidR="007E27E3" w:rsidRDefault="007E27E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15DE" w:rsidRDefault="004515DE" w:rsidP="007E27E3">
      <w:pPr>
        <w:spacing w:after="0" w:line="240" w:lineRule="auto"/>
      </w:pPr>
      <w:r>
        <w:separator/>
      </w:r>
    </w:p>
  </w:footnote>
  <w:footnote w:type="continuationSeparator" w:id="0">
    <w:p w:rsidR="004515DE" w:rsidRDefault="004515DE" w:rsidP="007E27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85592F"/>
    <w:multiLevelType w:val="hybridMultilevel"/>
    <w:tmpl w:val="4A96DC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2729FE"/>
    <w:multiLevelType w:val="hybridMultilevel"/>
    <w:tmpl w:val="65562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7730"/>
    <w:rsid w:val="00011CBE"/>
    <w:rsid w:val="00031CF6"/>
    <w:rsid w:val="00034616"/>
    <w:rsid w:val="00057EBD"/>
    <w:rsid w:val="0006063C"/>
    <w:rsid w:val="001413E4"/>
    <w:rsid w:val="0015074B"/>
    <w:rsid w:val="00167355"/>
    <w:rsid w:val="0029639D"/>
    <w:rsid w:val="00326F90"/>
    <w:rsid w:val="0042696F"/>
    <w:rsid w:val="004515DE"/>
    <w:rsid w:val="00754CE9"/>
    <w:rsid w:val="007E27E3"/>
    <w:rsid w:val="00847D9D"/>
    <w:rsid w:val="009F2BAE"/>
    <w:rsid w:val="00A84E0E"/>
    <w:rsid w:val="00AA1D8D"/>
    <w:rsid w:val="00B47730"/>
    <w:rsid w:val="00B742D6"/>
    <w:rsid w:val="00BF576B"/>
    <w:rsid w:val="00CB0664"/>
    <w:rsid w:val="00EA4255"/>
    <w:rsid w:val="00F1102F"/>
    <w:rsid w:val="00F70890"/>
    <w:rsid w:val="00FC693F"/>
    <w:rsid w:val="00FF6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BABBB9"/>
  <w15:docId w15:val="{444D71EF-9C0F-4F61-A97E-3DA66C41C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A4255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8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8AFCF9-42DB-4684-BDFD-F8E27BBD4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821</Words>
  <Characters>4926</Characters>
  <Application>Microsoft Office Word</Application>
  <DocSecurity>0</DocSecurity>
  <Lines>41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Bożena Kotowska</cp:lastModifiedBy>
  <cp:revision>10</cp:revision>
  <cp:lastPrinted>2025-08-22T07:41:00Z</cp:lastPrinted>
  <dcterms:created xsi:type="dcterms:W3CDTF">2013-12-23T23:15:00Z</dcterms:created>
  <dcterms:modified xsi:type="dcterms:W3CDTF">2025-08-22T07:41:00Z</dcterms:modified>
  <cp:category/>
</cp:coreProperties>
</file>